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 Systematic Evaluation of U.S. Gestational Surrogacy Agencies and Surrogacy-Facilitating Organizations:</w:t>
      </w:r>
    </w:p>
    <w:p>
      <w:pPr>
        <w:jc w:val="center"/>
      </w:pPr>
      <w:r>
        <w:rPr>
          <w:b/>
          <w:sz w:val="26"/>
        </w:rPr>
        <w:t>Regulatory Status, Cost Transparency, Matching, Clinical Oversight, Service Coordination, Outcomes, Inclusivity, and Consumer Protection</w:t>
      </w:r>
    </w:p>
    <w:p>
      <w:pPr>
        <w:jc w:val="center"/>
      </w:pPr>
      <w:r>
        <w:t>Dr. Kulsoom Barooch¹  •  Dr. Pooja Patel¹</w:t>
      </w:r>
    </w:p>
    <w:p>
      <w:pPr>
        <w:jc w:val="center"/>
      </w:pPr>
      <w:r>
        <w:t>¹ Surrogacy4All, New York, New York, USA</w:t>
      </w:r>
    </w:p>
    <w:p>
      <w:pPr>
        <w:jc w:val="center"/>
      </w:pPr>
      <w:r>
        <w:t>Manuscript version: August 2026</w:t>
      </w:r>
    </w:p>
    <w:p>
      <w:pPr>
        <w:pStyle w:val="Heading1"/>
      </w:pPr>
      <w:r>
        <w:t>Abstract</w:t>
      </w:r>
    </w:p>
    <w:p>
      <w:r>
        <w:t>Background: Intended parents in the United States face a fragmented gestational-surrogacy marketplace in which agency services, regulatory status, pricing, matching timelines, medical coordination, and consumer protections vary substantially. Objective: To describe and critically examine an eight-domain framework developed to compare U.S. surrogacy agencies using publicly obtainable information. Methods: A June 2026 Surrogacy4All directory identified 381 U.S. agencies and classified them using an eight-factor weighted model: licensing/legal protection (25%), cost transparency (20%), surrogate match time (15%), physician oversight (15%), full-service coordination (10%), outcomes discipline (5%), inclusivity (5%), and ethics/consumer protection (5%). Each factor was scored 0–5 and transformed to a 0–100 weighted score. Publicly described data sources included agency websites, New York State Department of Health records, FDA HCT/P registration records, and industry directories. Results: The research dataset reported four agencies in a dual NYS-license/FDA-registration tier, four in an FDA-registration-only tier, 38 in an NYS-license-only tier, and 335 in neither category, totaling 381. Among the top-ranked agencies, scores ranged from 92/100 to the mid-50s. Regulatory status, pricing transparency, and match time accounted for 60% of the model weight. Conclusions: A structured comparison framework may improve transparency by forcing consistent review of domains that intended parents commonly need to investigate. However, the model is a author-developed decision framework rather than a validated clinical instrument. FDA establishment registration is not FDA approval or endorsement, state regulatory requirements vary, and several inputs rely on self-reported or time-sensitive agency information. Prospective validation, independent data verification, inter-rater reliability testing, and conflict-of-interest safeguards are required before the framework can be considered an externally validated ranking instrument.</w:t>
      </w:r>
    </w:p>
    <w:p>
      <w:pPr>
        <w:pStyle w:val="Heading1"/>
      </w:pPr>
      <w:r>
        <w:t>Keywords</w:t>
      </w:r>
    </w:p>
    <w:p>
      <w:r>
        <w:t>gestational surrogacy; surrogacy agency; intended parents; consumer protection; assisted reproduction; agency ranking; transparency; New York licensing; FDA HCT/P registration</w:t>
      </w:r>
    </w:p>
    <w:p>
      <w:pPr>
        <w:pStyle w:val="Heading1"/>
      </w:pPr>
      <w:r>
        <w:t>1. Introduction</w:t>
      </w:r>
    </w:p>
    <w:p>
      <w:r>
        <w:t>Gestational carrier arrangements occupy an unusual intersection of assisted reproduction, contract law, psychological screening, insurance, escrow, travel, and long-duration case coordination. In the United States, there is no single overarching federal surrogacy statute; state-specific statutes, case law, and regulatory policies govern much of the legal framework. Professional guidance from the American Society for Reproductive Medicine (ASRM) addresses medical, psychological, and legal considerations, while FDA requirements may apply to reproductive cells and tissues.</w:t>
      </w:r>
    </w:p>
    <w:p>
      <w:r>
        <w:t>Agency selection therefore presents a multidimensional decision problem. Intended parents may need to evaluate whether an organization is permitted to conduct relevant activities in a particular jurisdiction, how fees and escrow are handled, how long matching may take, whether clinical issues are appropriately coordinated, whether reported outcomes are responsibly characterized, and whether policies are inclusive and protective of both intended parents and gestational carriers.</w:t>
      </w:r>
    </w:p>
    <w:p>
      <w:r>
        <w:t>The purpose of this paper is to convert the Surrogacy4All 2026 agency directory and its eight-factor scoring approach into a research-style methodological framework, while explicitly identifying its limitations and the steps required for independent validation.</w:t>
      </w:r>
    </w:p>
    <w:p>
      <w:pPr>
        <w:pStyle w:val="Heading1"/>
      </w:pPr>
      <w:r>
        <w:t>2. Regulatory and Professional Context</w:t>
      </w:r>
    </w:p>
    <w:p>
      <w:pPr>
        <w:pStyle w:val="Heading2"/>
      </w:pPr>
      <w:r>
        <w:t>2.1 State-level regulation</w:t>
      </w:r>
    </w:p>
    <w:p>
      <w:r>
        <w:t>New York provides a concrete example of direct state oversight. The New York State Department of Health states that a person or entity operating a gestational surrogacy organization in New York must be licensed. New York regulations include requirements concerning insurance, conflicts of interest, informed consent, the Surrogate's Bill of Rights, and program policies. The Department maintains a public list of licensed gestational surrogacy organizations.</w:t>
      </w:r>
    </w:p>
    <w:p>
      <w:pPr>
        <w:pStyle w:val="Heading2"/>
      </w:pPr>
      <w:r>
        <w:t>2.2 FDA registration</w:t>
      </w:r>
    </w:p>
    <w:p>
      <w:r>
        <w:t>FDA HCT/P establishment registration can be relevant where an establishment performs activities subject to 21 CFR Part 1271. Importantly, FDA expressly states that acceptance of an HCT/P establishment registration and listing does not constitute a determination that the establishment complies with applicable rules and does not mean that an HCT/P or establishment is FDA licensed, approved, or endorsed. Accordingly, this paper treats FDA registration as a verifiable regulatory-status variable, not a quality seal.</w:t>
      </w:r>
    </w:p>
    <w:p>
      <w:pPr>
        <w:pStyle w:val="Heading2"/>
      </w:pPr>
      <w:r>
        <w:t>2.3 Professional guidance</w:t>
      </w:r>
    </w:p>
    <w:p>
      <w:r>
        <w:t>ASRM guidance recommends structured screening, evaluation, psychoeducation, and legal counseling for gestational carrier arrangements. These professional recommendations support evaluating process quality, but professional-guideline alignment should not be conflated with agency licensure or governmental approval.</w:t>
      </w:r>
    </w:p>
    <w:p>
      <w:pPr>
        <w:pStyle w:val="Heading1"/>
      </w:pPr>
      <w:r>
        <w:t>3. Materials and Methods</w:t>
      </w:r>
    </w:p>
    <w:p>
      <w:pPr>
        <w:pStyle w:val="Heading2"/>
      </w:pPr>
      <w:r>
        <w:t>3.1 Source dataset</w:t>
      </w:r>
    </w:p>
    <w:p>
      <w:r>
        <w:t>The authors assembled a research universe of U.S. organizations providing or facilitating gestational-surrogacy-related services. Candidate organizations were identified through government regulatory records, public agency materials, professional and industry listings, and organization websites. Because the universe includes some fertility clinics, donor organizations, consultants, and other reproductive-service entities in addition to conventional surrogacy agencies, the broader term “surrogacy agencies and surrogacy-facilitating organizations” is used where scientifically appropriate. The principal scored dataset contained 350 organization records; additional organizations identified during research were retained separately for deduplication and future verification.</w:t>
      </w:r>
    </w:p>
    <w:p>
      <w:pPr>
        <w:pStyle w:val="Heading2"/>
      </w:pPr>
      <w:r>
        <w:t>3.2 Eight-factor model</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rPr>
                <w:b/>
              </w:rPr>
              <w:t>Criterion</w:t>
            </w:r>
          </w:p>
        </w:tc>
        <w:tc>
          <w:tcPr>
            <w:tcW w:type="dxa" w:w="3360"/>
          </w:tcPr>
          <w:p>
            <w:r>
              <w:rPr>
                <w:b/>
              </w:rPr>
              <w:t>Weight</w:t>
            </w:r>
          </w:p>
        </w:tc>
        <w:tc>
          <w:tcPr>
            <w:tcW w:type="dxa" w:w="3360"/>
          </w:tcPr>
          <w:p>
            <w:r>
              <w:rPr>
                <w:b/>
              </w:rPr>
              <w:t>Operational concept</w:t>
            </w:r>
          </w:p>
        </w:tc>
      </w:tr>
      <w:tr>
        <w:tc>
          <w:tcPr>
            <w:tcW w:type="dxa" w:w="3360"/>
          </w:tcPr>
          <w:p>
            <w:r>
              <w:t>Licensing &amp; legal protection</w:t>
            </w:r>
          </w:p>
        </w:tc>
        <w:tc>
          <w:tcPr>
            <w:tcW w:type="dxa" w:w="3360"/>
          </w:tcPr>
          <w:p>
            <w:r>
              <w:t>25%</w:t>
            </w:r>
          </w:p>
        </w:tc>
        <w:tc>
          <w:tcPr>
            <w:tcW w:type="dxa" w:w="3360"/>
          </w:tcPr>
          <w:p>
            <w:r>
              <w:t>NYS DOH licensure tenure and FDA HCT/P registration status as used by the source model.</w:t>
            </w:r>
          </w:p>
        </w:tc>
      </w:tr>
      <w:tr>
        <w:tc>
          <w:tcPr>
            <w:tcW w:type="dxa" w:w="3360"/>
          </w:tcPr>
          <w:p>
            <w:r>
              <w:t>Cost transparency</w:t>
            </w:r>
          </w:p>
        </w:tc>
        <w:tc>
          <w:tcPr>
            <w:tcW w:type="dxa" w:w="3360"/>
          </w:tcPr>
          <w:p>
            <w:r>
              <w:t>20%</w:t>
            </w:r>
          </w:p>
        </w:tc>
        <w:tc>
          <w:tcPr>
            <w:tcW w:type="dxa" w:w="3360"/>
          </w:tcPr>
          <w:p>
            <w:r>
              <w:t>Availability and clarity of all-in or component pricing; hidden-fee risk; escrow structure.</w:t>
            </w:r>
          </w:p>
        </w:tc>
      </w:tr>
      <w:tr>
        <w:tc>
          <w:tcPr>
            <w:tcW w:type="dxa" w:w="3360"/>
          </w:tcPr>
          <w:p>
            <w:r>
              <w:t>Surrogate match time</w:t>
            </w:r>
          </w:p>
        </w:tc>
        <w:tc>
          <w:tcPr>
            <w:tcW w:type="dxa" w:w="3360"/>
          </w:tcPr>
          <w:p>
            <w:r>
              <w:t>15%</w:t>
            </w:r>
          </w:p>
        </w:tc>
        <w:tc>
          <w:tcPr>
            <w:tcW w:type="dxa" w:w="3360"/>
          </w:tcPr>
          <w:p>
            <w:r>
              <w:t>Reported time from engagement/application to confirmed match.</w:t>
            </w:r>
          </w:p>
        </w:tc>
      </w:tr>
      <w:tr>
        <w:tc>
          <w:tcPr>
            <w:tcW w:type="dxa" w:w="3360"/>
          </w:tcPr>
          <w:p>
            <w:r>
              <w:t>Physician oversight</w:t>
            </w:r>
          </w:p>
        </w:tc>
        <w:tc>
          <w:tcPr>
            <w:tcW w:type="dxa" w:w="3360"/>
          </w:tcPr>
          <w:p>
            <w:r>
              <w:t>15%</w:t>
            </w:r>
          </w:p>
        </w:tc>
        <w:tc>
          <w:tcPr>
            <w:tcW w:type="dxa" w:w="3360"/>
          </w:tcPr>
          <w:p>
            <w:r>
              <w:t>Presence and role of licensed physician oversight versus external referral only.</w:t>
            </w:r>
          </w:p>
        </w:tc>
      </w:tr>
      <w:tr>
        <w:tc>
          <w:tcPr>
            <w:tcW w:type="dxa" w:w="3360"/>
          </w:tcPr>
          <w:p>
            <w:r>
              <w:t>Full-service coordination</w:t>
            </w:r>
          </w:p>
        </w:tc>
        <w:tc>
          <w:tcPr>
            <w:tcW w:type="dxa" w:w="3360"/>
          </w:tcPr>
          <w:p>
            <w:r>
              <w:t>10%</w:t>
            </w:r>
          </w:p>
        </w:tc>
        <w:tc>
          <w:tcPr>
            <w:tcW w:type="dxa" w:w="3360"/>
          </w:tcPr>
          <w:p>
            <w:r>
              <w:t>Coordination of matching, legal, medical, insurance, escrow, and psychological support.</w:t>
            </w:r>
          </w:p>
        </w:tc>
      </w:tr>
      <w:tr>
        <w:tc>
          <w:tcPr>
            <w:tcW w:type="dxa" w:w="3360"/>
          </w:tcPr>
          <w:p>
            <w:r>
              <w:t>Outcomes discipline</w:t>
            </w:r>
          </w:p>
        </w:tc>
        <w:tc>
          <w:tcPr>
            <w:tcW w:type="dxa" w:w="3360"/>
          </w:tcPr>
          <w:p>
            <w:r>
              <w:t>5%</w:t>
            </w:r>
          </w:p>
        </w:tc>
        <w:tc>
          <w:tcPr>
            <w:tcW w:type="dxa" w:w="3360"/>
          </w:tcPr>
          <w:p>
            <w:r>
              <w:t>Responsible characterization of outcomes and avoidance of unsupported success claims.</w:t>
            </w:r>
          </w:p>
        </w:tc>
      </w:tr>
      <w:tr>
        <w:tc>
          <w:tcPr>
            <w:tcW w:type="dxa" w:w="3360"/>
          </w:tcPr>
          <w:p>
            <w:r>
              <w:t>Inclusivity</w:t>
            </w:r>
          </w:p>
        </w:tc>
        <w:tc>
          <w:tcPr>
            <w:tcW w:type="dxa" w:w="3360"/>
          </w:tcPr>
          <w:p>
            <w:r>
              <w:t>5%</w:t>
            </w:r>
          </w:p>
        </w:tc>
        <w:tc>
          <w:tcPr>
            <w:tcW w:type="dxa" w:w="3360"/>
          </w:tcPr>
          <w:p>
            <w:r>
              <w:t>Documented policies for LGBTQ+, single, and international intended parents.</w:t>
            </w:r>
          </w:p>
        </w:tc>
      </w:tr>
      <w:tr>
        <w:tc>
          <w:tcPr>
            <w:tcW w:type="dxa" w:w="3360"/>
          </w:tcPr>
          <w:p>
            <w:r>
              <w:t>Ethics &amp; consumer protection</w:t>
            </w:r>
          </w:p>
        </w:tc>
        <w:tc>
          <w:tcPr>
            <w:tcW w:type="dxa" w:w="3360"/>
          </w:tcPr>
          <w:p>
            <w:r>
              <w:t>5%</w:t>
            </w:r>
          </w:p>
        </w:tc>
        <w:tc>
          <w:tcPr>
            <w:tcW w:type="dxa" w:w="3360"/>
          </w:tcPr>
          <w:p>
            <w:r>
              <w:t>Independent escrow and other protections, including surrogate rights and stated refund policies.</w:t>
            </w:r>
          </w:p>
        </w:tc>
      </w:tr>
    </w:tbl>
    <w:p>
      <w:r>
        <w:t>Each domain is assigned a score from 0 to 5. The study normalization is:</w:t>
      </w:r>
    </w:p>
    <w:p>
      <w:pPr>
        <w:jc w:val="center"/>
      </w:pPr>
      <w:r>
        <w:rPr>
          <w:b/>
        </w:rPr>
        <w:t>Weighted Score = Σ (domain score × domain weight × 4)</w:t>
      </w:r>
    </w:p>
    <w:p>
      <w:r>
        <w:t>Because the weights sum to 1.00 and each maximum domain score is 5, multiplication by 4 produces a maximum composite score of 100.</w:t>
      </w:r>
    </w:p>
    <w:p>
      <w:pPr>
        <w:pStyle w:val="Heading2"/>
      </w:pPr>
      <w:r>
        <w:t>3.3 Tier classification</w:t>
      </w:r>
    </w:p>
    <w:tbl>
      <w:tblPr>
        <w:tblStyle w:val="TableGrid"/>
        <w:tblW w:type="auto" w:w="0"/>
        <w:tblLook w:firstColumn="1" w:firstRow="1" w:lastColumn="0" w:lastRow="0" w:noHBand="0" w:noVBand="1" w:val="04A0"/>
      </w:tblPr>
      <w:tblGrid>
        <w:gridCol w:w="3360"/>
        <w:gridCol w:w="3360"/>
        <w:gridCol w:w="3360"/>
      </w:tblGrid>
      <w:tr>
        <w:tc>
          <w:tcPr>
            <w:tcW w:type="dxa" w:w="3360"/>
          </w:tcPr>
          <w:p>
            <w:r>
              <w:rPr>
                <w:b/>
              </w:rPr>
              <w:t>Tier</w:t>
            </w:r>
          </w:p>
        </w:tc>
        <w:tc>
          <w:tcPr>
            <w:tcW w:type="dxa" w:w="3360"/>
          </w:tcPr>
          <w:p>
            <w:r>
              <w:rPr>
                <w:b/>
              </w:rPr>
              <w:t>Definition in source model</w:t>
            </w:r>
          </w:p>
        </w:tc>
        <w:tc>
          <w:tcPr>
            <w:tcW w:type="dxa" w:w="3360"/>
          </w:tcPr>
          <w:p>
            <w:r>
              <w:rPr>
                <w:b/>
              </w:rPr>
              <w:t>Reported count (June 2026)</w:t>
            </w:r>
          </w:p>
        </w:tc>
      </w:tr>
      <w:tr>
        <w:tc>
          <w:tcPr>
            <w:tcW w:type="dxa" w:w="3360"/>
          </w:tcPr>
          <w:p>
            <w:r>
              <w:t>Tier 1</w:t>
            </w:r>
          </w:p>
        </w:tc>
        <w:tc>
          <w:tcPr>
            <w:tcW w:type="dxa" w:w="3360"/>
          </w:tcPr>
          <w:p>
            <w:r>
              <w:t>NYS licensed + FDA registered</w:t>
            </w:r>
          </w:p>
        </w:tc>
        <w:tc>
          <w:tcPr>
            <w:tcW w:type="dxa" w:w="3360"/>
          </w:tcPr>
          <w:p>
            <w:r>
              <w:t>4</w:t>
            </w:r>
          </w:p>
        </w:tc>
      </w:tr>
      <w:tr>
        <w:tc>
          <w:tcPr>
            <w:tcW w:type="dxa" w:w="3360"/>
          </w:tcPr>
          <w:p>
            <w:r>
              <w:t>Tier 2</w:t>
            </w:r>
          </w:p>
        </w:tc>
        <w:tc>
          <w:tcPr>
            <w:tcW w:type="dxa" w:w="3360"/>
          </w:tcPr>
          <w:p>
            <w:r>
              <w:t>FDA registered only</w:t>
            </w:r>
          </w:p>
        </w:tc>
        <w:tc>
          <w:tcPr>
            <w:tcW w:type="dxa" w:w="3360"/>
          </w:tcPr>
          <w:p>
            <w:r>
              <w:t>4</w:t>
            </w:r>
          </w:p>
        </w:tc>
      </w:tr>
      <w:tr>
        <w:tc>
          <w:tcPr>
            <w:tcW w:type="dxa" w:w="3360"/>
          </w:tcPr>
          <w:p>
            <w:r>
              <w:t>Tier 3</w:t>
            </w:r>
          </w:p>
        </w:tc>
        <w:tc>
          <w:tcPr>
            <w:tcW w:type="dxa" w:w="3360"/>
          </w:tcPr>
          <w:p>
            <w:r>
              <w:t>NYS licensed only</w:t>
            </w:r>
          </w:p>
        </w:tc>
        <w:tc>
          <w:tcPr>
            <w:tcW w:type="dxa" w:w="3360"/>
          </w:tcPr>
          <w:p>
            <w:r>
              <w:t>38</w:t>
            </w:r>
          </w:p>
        </w:tc>
      </w:tr>
      <w:tr>
        <w:tc>
          <w:tcPr>
            <w:tcW w:type="dxa" w:w="3360"/>
          </w:tcPr>
          <w:p>
            <w:r>
              <w:t>Tier 4</w:t>
            </w:r>
          </w:p>
        </w:tc>
        <w:tc>
          <w:tcPr>
            <w:tcW w:type="dxa" w:w="3360"/>
          </w:tcPr>
          <w:p>
            <w:r>
              <w:t>Neither credential in the source classification</w:t>
            </w:r>
          </w:p>
        </w:tc>
        <w:tc>
          <w:tcPr>
            <w:tcW w:type="dxa" w:w="3360"/>
          </w:tcPr>
          <w:p>
            <w:r>
              <w:t>335</w:t>
            </w:r>
          </w:p>
        </w:tc>
      </w:tr>
    </w:tbl>
    <w:p>
      <w:pPr>
        <w:pStyle w:val="Heading2"/>
      </w:pPr>
      <w:r>
        <w:t>3.4 Data provenance and verification hierarchy</w:t>
      </w:r>
    </w:p>
    <w:p>
      <w:r>
        <w:t>For future research use, data should be captured with a source hierarchy: (1) government regulatory databases; (2) agency contracts, published fee schedules, and written policies; (3) agency websites; (4) professional or industry directories; and (5) secondary media. Every observation should store source URL, retrieval date, effective date where available, reviewer identity, and confidence.</w:t>
      </w:r>
    </w:p>
    <w:p>
      <w:pPr>
        <w:pStyle w:val="Heading1"/>
      </w:pPr>
      <w:r>
        <w:t>4. Results from the Published 2026 Directory</w:t>
      </w:r>
    </w:p>
    <w:p>
      <w:r>
        <w:t>Our research identified a broad national universe of organizations involved in surrogacy-related services and produced 350 scored organization records for the principal comparative analysis. In the resulting scoring analysis, Surrogacy4All scored 92/100; ConceiveAbilities and Physician's Surrogacy each scored 72/100; Family Inceptions 68; Happy Beginnings 65; Circle 66; American Surrogacy 65; Hatch Fertility 63; CCRM 62; and Worldwide Surrogacy 62. These results reflect application of the prespecified eight-domain framework to the information collected by the authors.</w:t>
      </w:r>
    </w:p>
    <w:p>
      <w:r>
        <w:t>The model places 60% of its total weight on three variables—licensing/legal protection (25%), cost transparency (20%), and match time (15%). Adding physician oversight raises the cumulative weight to 75%. Consequently, agencies with strong performance on these four dimensions can separate substantially from competitors even when differences in the four lower-weight domains are modest.</w:t>
      </w:r>
    </w:p>
    <w:p>
      <w:pPr>
        <w:pStyle w:val="Heading1"/>
      </w:pPr>
      <w:r>
        <w:t>5. Interpretation</w:t>
      </w:r>
    </w:p>
    <w:p>
      <w:pPr>
        <w:pStyle w:val="Heading2"/>
      </w:pPr>
      <w:r>
        <w:t>5.1 Why a multidimensional model can be useful</w:t>
      </w:r>
    </w:p>
    <w:p>
      <w:r>
        <w:t>Agency selection cannot be reduced to a single variable such as price, review score, or years in business. A transparent weighted framework forces the decision-maker to inspect multiple domains and makes tradeoffs visible. It also allows intended parents to modify weights according to their own priorities rather than treating the published composite as universally optimal.</w:t>
      </w:r>
    </w:p>
    <w:p>
      <w:pPr>
        <w:pStyle w:val="Heading2"/>
      </w:pPr>
      <w:r>
        <w:t>5.2 Regulatory status should be interpreted narrowly</w:t>
      </w:r>
    </w:p>
    <w:p>
      <w:r>
        <w:t>The most important methodological caution concerns regulatory terminology. New York licensure is a state program requirement within its jurisdiction and carries specific program obligations. FDA HCT/P registration has a different legal meaning and must not be described as FDA approval, certification, or endorsement. A future version of the model should therefore label these as separate regulatory indicators before combining them into any composite.</w:t>
      </w:r>
    </w:p>
    <w:p>
      <w:pPr>
        <w:pStyle w:val="Heading2"/>
      </w:pPr>
      <w:r>
        <w:t>5.3 Price and match time are dynamic</w:t>
      </w:r>
    </w:p>
    <w:p>
      <w:r>
        <w:t>Published prices may exclude IVF, legal, insurance, travel, obstetric complications, escrow, or surrogate-specific costs. Match-time estimates may change rapidly with recruitment supply and intended-parent demand. These fields should therefore be date-stamped and ideally expressed as ranges with definitions and sample sizes.</w:t>
      </w:r>
    </w:p>
    <w:p>
      <w:pPr>
        <w:pStyle w:val="Heading2"/>
      </w:pPr>
      <w:r>
        <w:t>5.4 Physician oversight requires operational definition</w:t>
      </w:r>
    </w:p>
    <w:p>
      <w:r>
        <w:t>'Physician-led' can describe materially different arrangements. Future validation should distinguish ownership or leadership by a physician from direct clinical care, medical-director review, case consultation, and ordinary referral relationships. Agency personnel should not be scored as providing clinical care unless the scope and licensure support that characterization.</w:t>
      </w:r>
    </w:p>
    <w:p>
      <w:pPr>
        <w:pStyle w:val="Heading1"/>
      </w:pPr>
      <w:r>
        <w:t>6. Proposed Validation Study</w:t>
      </w:r>
    </w:p>
    <w:p>
      <w:r>
        <w:t>A publishable validation program should prospectively test the model rather than relying only on the directory.</w:t>
      </w:r>
    </w:p>
    <w:p>
      <w:pPr>
        <w:pStyle w:val="ListBullet"/>
      </w:pPr>
      <w:r>
        <w:t>Create a locked data dictionary for every 0–5 score with objective anchors.</w:t>
      </w:r>
    </w:p>
    <w:p>
      <w:pPr>
        <w:pStyle w:val="ListBullet"/>
      </w:pPr>
      <w:r>
        <w:t>Use at least two blinded independent reviewers per agency and report inter-rater agreement.</w:t>
      </w:r>
    </w:p>
    <w:p>
      <w:pPr>
        <w:pStyle w:val="ListBullet"/>
      </w:pPr>
      <w:r>
        <w:t>Verify licensure and registration directly from government databases on a fixed index date.</w:t>
      </w:r>
    </w:p>
    <w:p>
      <w:pPr>
        <w:pStyle w:val="ListBullet"/>
      </w:pPr>
      <w:r>
        <w:t>Request standardized written price and match-time information from agencies and record nonresponse.</w:t>
      </w:r>
    </w:p>
    <w:p>
      <w:pPr>
        <w:pStyle w:val="ListBullet"/>
      </w:pPr>
      <w:r>
        <w:t>Separate self-reported outcomes from independently verifiable outcomes.</w:t>
      </w:r>
    </w:p>
    <w:p>
      <w:pPr>
        <w:pStyle w:val="ListBullet"/>
      </w:pPr>
      <w:r>
        <w:t>Pre-register the weighting scheme before examining final agency scores.</w:t>
      </w:r>
    </w:p>
    <w:p>
      <w:pPr>
        <w:pStyle w:val="ListBullet"/>
      </w:pPr>
      <w:r>
        <w:t>Perform sensitivity analyses using alternative weights and report rank stability.</w:t>
      </w:r>
    </w:p>
    <w:p>
      <w:pPr>
        <w:pStyle w:val="ListBullet"/>
      </w:pPr>
      <w:r>
        <w:t>Survey intended parents and gestational carriers to determine whether higher scores predict satisfaction, fewer unexpected costs, shorter actual matching, fewer disputes, or stronger perceived support.</w:t>
      </w:r>
    </w:p>
    <w:p>
      <w:pPr>
        <w:pStyle w:val="ListBullet"/>
      </w:pPr>
      <w:r>
        <w:t>Repeat the dataset annually to measure regulatory and market changes.</w:t>
      </w:r>
    </w:p>
    <w:p>
      <w:pPr>
        <w:pStyle w:val="Heading1"/>
      </w:pPr>
      <w:r>
        <w:t>7. Bias, Conflicts of Interest, and Limitations</w:t>
      </w:r>
    </w:p>
    <w:p>
      <w:r>
        <w:t>The principal limitation is institutional conflict of interest: The scoring framework was developed by authors affiliated with Surrogacy4All, and Surrogacy4All is itself included among the evaluated organizations. This must be disclosed prominently in any scholarly submission. No agency paid for placement according to the research dataset, but absence of paid placement does not eliminate publisher bias.</w:t>
      </w:r>
    </w:p>
    <w:p>
      <w:r>
        <w:t>Second, the source webpage describes the model as physician-validated and previously referenced AI tools. AI review is not equivalent to external scientific validation, peer review, or psychometric validation. Accordingly, this manuscript does not characterize the model as independently externally validated.</w:t>
      </w:r>
    </w:p>
    <w:p>
      <w:r>
        <w:t>Third, several inputs are time-sensitive or self-reported. Fourth, the regulatory landscape is state-specific; absence of New York licensure may be expected for an organization that does not fall within New York's licensing jurisdiction, so 'neither' must not automatically be equated with unlawful operation nationally. Fifth, FDA registration has a limited statutory meaning and is not FDA approval. Sixth, a composite score can conceal meaningful domain-specific strengths and weaknesses.</w:t>
      </w:r>
    </w:p>
    <w:p>
      <w:pPr>
        <w:pStyle w:val="Heading1"/>
      </w:pPr>
      <w:r>
        <w:t>8. Ethical and Consumer-Protection Considerations</w:t>
      </w:r>
    </w:p>
    <w:p>
      <w:r>
        <w:t>Any public ranking should permit correction requests, preserve source snapshots, disclose the publisher's commercial interest, avoid unsupported safety claims, and distinguish verified facts from agency representations. Intended parents should be encouraged to independently verify legal, medical, insurance, escrow, and financial information before entering a surrogacy arrangement.</w:t>
      </w:r>
    </w:p>
    <w:p>
      <w:pPr>
        <w:pStyle w:val="Heading1"/>
      </w:pPr>
      <w:r>
        <w:t>9. Conclusion</w:t>
      </w:r>
    </w:p>
    <w:p>
      <w:r>
        <w:t>This study demonstrates a potentially useful approach to organizing a fragmented surrogacy-services marketplace around eight explicit decision domains. Its strongest contribution is transparency of criteria and weights. Its principal weakness is that it remains a author-developed ranking based partly on dynamic and self-reported data. The next scientific step is not simply to expand the directory, but to validate the scoring rubric prospectively, use independent reviewers, quantify reliability, test sensitivity to weighting choices, and determine whether higher scores predict outcomes that matter to intended parents and gestational carriers.</w:t>
      </w:r>
    </w:p>
    <w:p>
      <w:pPr>
        <w:pStyle w:val="Heading1"/>
      </w:pPr>
      <w:r>
        <w:t>Author Contributions</w:t>
      </w:r>
    </w:p>
    <w:p>
      <w:r>
        <w:t>Dr. Kulsoom Barooch and Dr. Pooja Patel: conceptualization, methodology review, interpretation, manuscript development, and critical revision. Final author contributions should be confirmed by both authors before submission.</w:t>
      </w:r>
    </w:p>
    <w:p>
      <w:pPr>
        <w:pStyle w:val="Heading1"/>
      </w:pPr>
      <w:r>
        <w:t>Conflict of Interest Statement</w:t>
      </w:r>
    </w:p>
    <w:p>
      <w:r>
        <w:t>The authors are affiliated with Surrogacy4All. Surrogacy4All developed and published the underlying agency directory and is itself evaluated within that directory. This relationship represents a material conflict of interest and should be disclosed to readers, editors, and reviewers.</w:t>
      </w:r>
    </w:p>
    <w:p>
      <w:pPr>
        <w:pStyle w:val="Heading1"/>
      </w:pPr>
      <w:r>
        <w:t>Funding</w:t>
      </w:r>
    </w:p>
    <w:p>
      <w:r>
        <w:t>No external funding is stated in the research materials. Confirm before submission.</w:t>
      </w:r>
    </w:p>
    <w:p>
      <w:pPr>
        <w:pStyle w:val="Heading1"/>
      </w:pPr>
      <w:r>
        <w:t>Data Availability</w:t>
      </w:r>
    </w:p>
    <w:p>
      <w:r>
        <w:t>For reproducibility, the authors should archive the agency-level research dataset, scoring rubric, retrieval dates, source records, and reviewer decisions as supplementary material, subject to legal and privacy review.</w:t>
      </w:r>
    </w:p>
    <w:p>
      <w:pPr>
        <w:pStyle w:val="Heading1"/>
      </w:pPr>
      <w:r>
        <w:t>References</w:t>
      </w:r>
    </w:p>
    <w:p>
      <w:r>
        <w:t>1. Authors’ compiled 2026 U.S. gestational-surrogacy organization research dataset and scoring worksheets. Unpublished research materials, June–August 2026.</w:t>
      </w:r>
    </w:p>
    <w:p>
      <w:r>
        <w:t>2. New York State Department of Health. The Child-Parent Security Act: Gestational Surrogacy. Accessed August 19, 2026.</w:t>
      </w:r>
    </w:p>
    <w:p>
      <w:r>
        <w:t>3. New York State Department of Health. Licensed Gestational Surrogacy Organizations. Accessed August 19, 2026.</w:t>
      </w:r>
    </w:p>
    <w:p>
      <w:r>
        <w:t>4. New York Codes, Rules and Regulations. 10 NYCRR §69-11.2, Surrogacy program licensure.</w:t>
      </w:r>
    </w:p>
    <w:p>
      <w:r>
        <w:t>5. U.S. Food and Drug Administration. Human Cell and Tissue Establishment Registration (HCTERS) Public Query Application. Accessed August 19, 2026.</w:t>
      </w:r>
    </w:p>
    <w:p>
      <w:r>
        <w:t>6. U.S. Food and Drug Administration. Establishment Registration and Listing for Human Cells, Tissues and Cellular and Tissue-Based Products (HCT/Ps): Questions and Answers.</w:t>
      </w:r>
    </w:p>
    <w:p>
      <w:r>
        <w:t>7. American Society for Reproductive Medicine. Recommendations for practices using gestational carriers: a committee opinion. Fertility and Sterility. 2022;118(1):65-74. doi:10.1016/j.fertnstert.2022.05.001.</w:t>
      </w:r>
    </w:p>
    <w:p>
      <w:r>
        <w:t>8. American Society for Reproductive Medicine. Gestational Carrier Policy in the United States: Regulatory Overview and Key Considerations for Policy Development.</w:t>
      </w:r>
    </w:p>
    <w:p>
      <w:r>
        <w:t>9. Perkins KM, Boulet SL, Jamieson DJ, Kissin DM. Screening of gestational carriers in the United States. Fertility and Sterility. 2016/2017 literature record.</w:t>
      </w:r>
    </w:p>
    <w:p>
      <w:pPr>
        <w:sectPr>
          <w:pgSz w:w="12240" w:h="15840"/>
          <w:pgMar w:top="1008" w:right="1080" w:bottom="1008" w:left="1080" w:header="720" w:footer="720" w:gutter="0"/>
          <w:cols w:space="720"/>
          <w:docGrid w:linePitch="360"/>
        </w:sectPr>
      </w:pPr>
    </w:p>
    <w:p>
      <w:pPr>
        <w:pStyle w:val="Heading1"/>
      </w:pPr>
      <w:r>
        <w:t>Appendix A. Complete 350-Organization Scored Research Dataset</w:t>
      </w:r>
    </w:p>
    <w:p>
      <w:pPr>
        <w:spacing w:after="120"/>
      </w:pPr>
      <w:r>
        <w:t>This appendix reproduces the 350 scored organization records in the authors’ June 2026 research dataset. The table includes rank, organization name, state/location, tier, composite score, all eight component scores, and research notes. Inclusion indicates that an organization was identified for comparative research; it is not an endorsement and does not by itself establish current operating, licensing, registration, or quality status. Scores and notes should be treated as index-date research observations and reverified before later reuse.</w:t>
      </w:r>
    </w:p>
    <w:tbl>
      <w:tblPr>
        <w:tblStyle w:val="TableGrid"/>
        <w:tblW w:type="auto" w:w="0"/>
        <w:jc w:val="center"/>
        <w:tblLayout w:type="fixed"/>
        <w:tblLook w:firstColumn="1" w:firstRow="1" w:lastColumn="0" w:lastRow="0" w:noHBand="0" w:noVBand="1" w:val="04A0"/>
      </w:tblPr>
      <w:tblGrid>
        <w:gridCol w:w="1059"/>
        <w:gridCol w:w="1059"/>
        <w:gridCol w:w="1059"/>
        <w:gridCol w:w="1059"/>
        <w:gridCol w:w="1059"/>
        <w:gridCol w:w="1059"/>
        <w:gridCol w:w="1059"/>
        <w:gridCol w:w="1059"/>
        <w:gridCol w:w="1059"/>
        <w:gridCol w:w="1059"/>
        <w:gridCol w:w="1059"/>
        <w:gridCol w:w="1059"/>
        <w:gridCol w:w="1059"/>
        <w:gridCol w:w="1059"/>
      </w:tblGrid>
      <w:tr>
        <w:trPr>
          <w:tblHeader w:val="true"/>
        </w:trPr>
        <w:tc>
          <w:tcPr>
            <w:tcW w:type="dxa" w:w="547"/>
            <w:vAlign w:val="center"/>
          </w:tcPr>
          <w:p>
            <w:pPr>
              <w:jc w:val="center"/>
            </w:pPr>
            <w:r>
              <w:rPr>
                <w:b/>
                <w:sz w:val="13"/>
              </w:rPr>
              <w:t>Rank</w:t>
            </w:r>
          </w:p>
        </w:tc>
        <w:tc>
          <w:tcPr>
            <w:tcW w:type="dxa" w:w="2232"/>
            <w:vAlign w:val="center"/>
          </w:tcPr>
          <w:p>
            <w:pPr>
              <w:jc w:val="center"/>
            </w:pPr>
            <w:r>
              <w:rPr>
                <w:b/>
                <w:sz w:val="13"/>
              </w:rPr>
              <w:t>Organization</w:t>
            </w:r>
          </w:p>
        </w:tc>
        <w:tc>
          <w:tcPr>
            <w:tcW w:type="dxa" w:w="648"/>
            <w:vAlign w:val="center"/>
          </w:tcPr>
          <w:p>
            <w:pPr>
              <w:jc w:val="center"/>
            </w:pPr>
            <w:r>
              <w:rPr>
                <w:b/>
                <w:sz w:val="13"/>
              </w:rPr>
              <w:t>State</w:t>
            </w:r>
          </w:p>
        </w:tc>
        <w:tc>
          <w:tcPr>
            <w:tcW w:type="dxa" w:w="605"/>
            <w:vAlign w:val="center"/>
          </w:tcPr>
          <w:p>
            <w:pPr>
              <w:jc w:val="center"/>
            </w:pPr>
            <w:r>
              <w:rPr>
                <w:b/>
                <w:sz w:val="13"/>
              </w:rPr>
              <w:t>Tier</w:t>
            </w:r>
          </w:p>
        </w:tc>
        <w:tc>
          <w:tcPr>
            <w:tcW w:type="dxa" w:w="619"/>
            <w:vAlign w:val="center"/>
          </w:tcPr>
          <w:p>
            <w:pPr>
              <w:jc w:val="center"/>
            </w:pPr>
            <w:r>
              <w:rPr>
                <w:b/>
                <w:sz w:val="13"/>
              </w:rPr>
              <w:t>Score</w:t>
            </w:r>
          </w:p>
        </w:tc>
        <w:tc>
          <w:tcPr>
            <w:tcW w:type="dxa" w:w="490"/>
            <w:vAlign w:val="center"/>
          </w:tcPr>
          <w:p>
            <w:pPr>
              <w:jc w:val="center"/>
            </w:pPr>
            <w:r>
              <w:rPr>
                <w:b/>
                <w:sz w:val="13"/>
              </w:rPr>
              <w:t>Lic</w:t>
            </w:r>
          </w:p>
        </w:tc>
        <w:tc>
          <w:tcPr>
            <w:tcW w:type="dxa" w:w="490"/>
            <w:vAlign w:val="center"/>
          </w:tcPr>
          <w:p>
            <w:pPr>
              <w:jc w:val="center"/>
            </w:pPr>
            <w:r>
              <w:rPr>
                <w:b/>
                <w:sz w:val="13"/>
              </w:rPr>
              <w:t>Cost</w:t>
            </w:r>
          </w:p>
        </w:tc>
        <w:tc>
          <w:tcPr>
            <w:tcW w:type="dxa" w:w="547"/>
            <w:vAlign w:val="center"/>
          </w:tcPr>
          <w:p>
            <w:pPr>
              <w:jc w:val="center"/>
            </w:pPr>
            <w:r>
              <w:rPr>
                <w:b/>
                <w:sz w:val="13"/>
              </w:rPr>
              <w:t>Match</w:t>
            </w:r>
          </w:p>
        </w:tc>
        <w:tc>
          <w:tcPr>
            <w:tcW w:type="dxa" w:w="461"/>
            <w:vAlign w:val="center"/>
          </w:tcPr>
          <w:p>
            <w:pPr>
              <w:jc w:val="center"/>
            </w:pPr>
            <w:r>
              <w:rPr>
                <w:b/>
                <w:sz w:val="13"/>
              </w:rPr>
              <w:t>MD</w:t>
            </w:r>
          </w:p>
        </w:tc>
        <w:tc>
          <w:tcPr>
            <w:tcW w:type="dxa" w:w="490"/>
            <w:vAlign w:val="center"/>
          </w:tcPr>
          <w:p>
            <w:pPr>
              <w:jc w:val="center"/>
            </w:pPr>
            <w:r>
              <w:rPr>
                <w:b/>
                <w:sz w:val="13"/>
              </w:rPr>
              <w:t>Full</w:t>
            </w:r>
          </w:p>
        </w:tc>
        <w:tc>
          <w:tcPr>
            <w:tcW w:type="dxa" w:w="461"/>
            <w:vAlign w:val="center"/>
          </w:tcPr>
          <w:p>
            <w:pPr>
              <w:jc w:val="center"/>
            </w:pPr>
            <w:r>
              <w:rPr>
                <w:b/>
                <w:sz w:val="13"/>
              </w:rPr>
              <w:t>Out</w:t>
            </w:r>
          </w:p>
        </w:tc>
        <w:tc>
          <w:tcPr>
            <w:tcW w:type="dxa" w:w="490"/>
            <w:vAlign w:val="center"/>
          </w:tcPr>
          <w:p>
            <w:pPr>
              <w:jc w:val="center"/>
            </w:pPr>
            <w:r>
              <w:rPr>
                <w:b/>
                <w:sz w:val="13"/>
              </w:rPr>
              <w:t>Incl</w:t>
            </w:r>
          </w:p>
        </w:tc>
        <w:tc>
          <w:tcPr>
            <w:tcW w:type="dxa" w:w="461"/>
            <w:vAlign w:val="center"/>
          </w:tcPr>
          <w:p>
            <w:pPr>
              <w:jc w:val="center"/>
            </w:pPr>
            <w:r>
              <w:rPr>
                <w:b/>
                <w:sz w:val="13"/>
              </w:rPr>
              <w:t>Eth</w:t>
            </w:r>
          </w:p>
        </w:tc>
        <w:tc>
          <w:tcPr>
            <w:tcW w:type="dxa" w:w="3384"/>
            <w:vAlign w:val="center"/>
          </w:tcPr>
          <w:p>
            <w:pPr>
              <w:jc w:val="center"/>
            </w:pPr>
            <w:r>
              <w:rPr>
                <w:b/>
                <w:sz w:val="13"/>
              </w:rPr>
              <w:t>Research notes</w:t>
            </w:r>
          </w:p>
        </w:tc>
      </w:tr>
      <w:tr>
        <w:tc>
          <w:tcPr>
            <w:tcW w:type="dxa" w:w="547"/>
            <w:vAlign w:val="center"/>
          </w:tcPr>
          <w:p>
            <w:pPr>
              <w:spacing w:after="0" w:before="0" w:line="197" w:lineRule="auto"/>
              <w:jc w:val="center"/>
            </w:pPr>
            <w:r>
              <w:rPr>
                <w:sz w:val="11"/>
              </w:rPr>
              <w:t>#1</w:t>
            </w:r>
          </w:p>
        </w:tc>
        <w:tc>
          <w:tcPr>
            <w:tcW w:type="dxa" w:w="2232"/>
            <w:vAlign w:val="center"/>
          </w:tcPr>
          <w:p>
            <w:pPr>
              <w:spacing w:after="0" w:before="0" w:line="197" w:lineRule="auto"/>
            </w:pPr>
            <w:r>
              <w:rPr>
                <w:sz w:val="11"/>
              </w:rPr>
              <w:t>Surrogacy4All</w:t>
            </w:r>
          </w:p>
        </w:tc>
        <w:tc>
          <w:tcPr>
            <w:tcW w:type="dxa" w:w="648"/>
            <w:vAlign w:val="center"/>
          </w:tcPr>
          <w:p>
            <w:pPr>
              <w:spacing w:after="0" w:before="0" w:line="197" w:lineRule="auto"/>
              <w:jc w:val="center"/>
            </w:pPr>
            <w:r>
              <w:rPr>
                <w:sz w:val="11"/>
              </w:rPr>
              <w:t>NY/CA</w:t>
            </w:r>
          </w:p>
        </w:tc>
        <w:tc>
          <w:tcPr>
            <w:tcW w:type="dxa" w:w="605"/>
            <w:vAlign w:val="center"/>
          </w:tcPr>
          <w:p>
            <w:pPr>
              <w:spacing w:after="0" w:before="0" w:line="197" w:lineRule="auto"/>
              <w:jc w:val="center"/>
            </w:pPr>
            <w:r>
              <w:rPr>
                <w:sz w:val="11"/>
              </w:rPr>
              <w:t>Tier 1</w:t>
            </w:r>
          </w:p>
        </w:tc>
        <w:tc>
          <w:tcPr>
            <w:tcW w:type="dxa" w:w="619"/>
            <w:vAlign w:val="center"/>
          </w:tcPr>
          <w:p>
            <w:pPr>
              <w:spacing w:after="0" w:before="0" w:line="197" w:lineRule="auto"/>
              <w:jc w:val="center"/>
            </w:pPr>
            <w:r>
              <w:rPr>
                <w:sz w:val="11"/>
              </w:rPr>
              <w:t>92</w:t>
            </w:r>
          </w:p>
        </w:tc>
        <w:tc>
          <w:tcPr>
            <w:tcW w:type="dxa" w:w="490"/>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5</w:t>
            </w:r>
          </w:p>
        </w:tc>
        <w:tc>
          <w:tcPr>
            <w:tcW w:type="dxa" w:w="547"/>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NYC · NYS GSP220903 since 2006 · FDA registered · Physician-led · Dr. Rashmi Gulati MD · ~$120K USA</w:t>
            </w:r>
          </w:p>
        </w:tc>
      </w:tr>
      <w:tr>
        <w:tc>
          <w:tcPr>
            <w:tcW w:type="dxa" w:w="547"/>
            <w:vAlign w:val="center"/>
          </w:tcPr>
          <w:p>
            <w:pPr>
              <w:spacing w:after="0" w:before="0" w:line="197" w:lineRule="auto"/>
              <w:jc w:val="center"/>
            </w:pPr>
            <w:r>
              <w:rPr>
                <w:sz w:val="11"/>
              </w:rPr>
              <w:t>#2</w:t>
            </w:r>
          </w:p>
        </w:tc>
        <w:tc>
          <w:tcPr>
            <w:tcW w:type="dxa" w:w="2232"/>
            <w:vAlign w:val="center"/>
          </w:tcPr>
          <w:p>
            <w:pPr>
              <w:spacing w:after="0" w:before="0" w:line="197" w:lineRule="auto"/>
            </w:pPr>
            <w:r>
              <w:rPr>
                <w:sz w:val="11"/>
              </w:rPr>
              <w:t>ConceiveAbilities</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1</w:t>
            </w:r>
          </w:p>
        </w:tc>
        <w:tc>
          <w:tcPr>
            <w:tcW w:type="dxa" w:w="619"/>
            <w:vAlign w:val="center"/>
          </w:tcPr>
          <w:p>
            <w:pPr>
              <w:spacing w:after="0" w:before="0" w:line="197" w:lineRule="auto"/>
              <w:jc w:val="center"/>
            </w:pPr>
            <w:r>
              <w:rPr>
                <w:sz w:val="11"/>
              </w:rPr>
              <w:t>72</w:t>
            </w:r>
          </w:p>
        </w:tc>
        <w:tc>
          <w:tcPr>
            <w:tcW w:type="dxa" w:w="490"/>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Chicago, IL · NYS licensed · FDA registered · Est.1996 · All-in $197,500 fixed fee</w:t>
            </w:r>
          </w:p>
        </w:tc>
      </w:tr>
      <w:tr>
        <w:tc>
          <w:tcPr>
            <w:tcW w:type="dxa" w:w="547"/>
            <w:vAlign w:val="center"/>
          </w:tcPr>
          <w:p>
            <w:pPr>
              <w:spacing w:after="0" w:before="0" w:line="197" w:lineRule="auto"/>
              <w:jc w:val="center"/>
            </w:pPr>
            <w:r>
              <w:rPr>
                <w:sz w:val="11"/>
              </w:rPr>
              <w:t>#3</w:t>
            </w:r>
          </w:p>
        </w:tc>
        <w:tc>
          <w:tcPr>
            <w:tcW w:type="dxa" w:w="2232"/>
            <w:vAlign w:val="center"/>
          </w:tcPr>
          <w:p>
            <w:pPr>
              <w:spacing w:after="0" w:before="0" w:line="197" w:lineRule="auto"/>
            </w:pPr>
            <w:r>
              <w:rPr>
                <w:sz w:val="11"/>
              </w:rPr>
              <w:t>Physician's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2</w:t>
            </w:r>
          </w:p>
        </w:tc>
        <w:tc>
          <w:tcPr>
            <w:tcW w:type="dxa" w:w="619"/>
            <w:vAlign w:val="center"/>
          </w:tcPr>
          <w:p>
            <w:pPr>
              <w:spacing w:after="0" w:before="0" w:line="197" w:lineRule="auto"/>
              <w:jc w:val="center"/>
            </w:pPr>
            <w:r>
              <w:rPr>
                <w:sz w:val="11"/>
              </w:rPr>
              <w:t>72</w:t>
            </w:r>
          </w:p>
        </w:tc>
        <w:tc>
          <w:tcPr>
            <w:tcW w:type="dxa" w:w="490"/>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547"/>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San Diego, CA · FDA registered · In-house OB/GYNs · 1-week match · Flat $140K–$255K</w:t>
            </w:r>
          </w:p>
        </w:tc>
      </w:tr>
      <w:tr>
        <w:tc>
          <w:tcPr>
            <w:tcW w:type="dxa" w:w="547"/>
            <w:vAlign w:val="center"/>
          </w:tcPr>
          <w:p>
            <w:pPr>
              <w:spacing w:after="0" w:before="0" w:line="197" w:lineRule="auto"/>
              <w:jc w:val="center"/>
            </w:pPr>
            <w:r>
              <w:rPr>
                <w:sz w:val="11"/>
              </w:rPr>
              <w:t>#4</w:t>
            </w:r>
          </w:p>
        </w:tc>
        <w:tc>
          <w:tcPr>
            <w:tcW w:type="dxa" w:w="2232"/>
            <w:vAlign w:val="center"/>
          </w:tcPr>
          <w:p>
            <w:pPr>
              <w:spacing w:after="0" w:before="0" w:line="197" w:lineRule="auto"/>
            </w:pPr>
            <w:r>
              <w:rPr>
                <w:sz w:val="11"/>
              </w:rPr>
              <w:t>Family Inceptions</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1</w:t>
            </w:r>
          </w:p>
        </w:tc>
        <w:tc>
          <w:tcPr>
            <w:tcW w:type="dxa" w:w="619"/>
            <w:vAlign w:val="center"/>
          </w:tcPr>
          <w:p>
            <w:pPr>
              <w:spacing w:after="0" w:before="0" w:line="197" w:lineRule="auto"/>
              <w:jc w:val="center"/>
            </w:pPr>
            <w:r>
              <w:rPr>
                <w:sz w:val="11"/>
              </w:rPr>
              <w:t>68</w:t>
            </w:r>
          </w:p>
        </w:tc>
        <w:tc>
          <w:tcPr>
            <w:tcW w:type="dxa" w:w="490"/>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Atlanta, GA · NYS licensed · FDA registered · Est.2010</w:t>
            </w:r>
          </w:p>
        </w:tc>
      </w:tr>
      <w:tr>
        <w:tc>
          <w:tcPr>
            <w:tcW w:type="dxa" w:w="547"/>
            <w:vAlign w:val="center"/>
          </w:tcPr>
          <w:p>
            <w:pPr>
              <w:spacing w:after="0" w:before="0" w:line="197" w:lineRule="auto"/>
              <w:jc w:val="center"/>
            </w:pPr>
            <w:r>
              <w:rPr>
                <w:sz w:val="11"/>
              </w:rPr>
              <w:t>#5</w:t>
            </w:r>
          </w:p>
        </w:tc>
        <w:tc>
          <w:tcPr>
            <w:tcW w:type="dxa" w:w="2232"/>
            <w:vAlign w:val="center"/>
          </w:tcPr>
          <w:p>
            <w:pPr>
              <w:spacing w:after="0" w:before="0" w:line="197" w:lineRule="auto"/>
            </w:pPr>
            <w:r>
              <w:rPr>
                <w:sz w:val="11"/>
              </w:rPr>
              <w:t>Happy Beginnings LLC</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1</w:t>
            </w:r>
          </w:p>
        </w:tc>
        <w:tc>
          <w:tcPr>
            <w:tcW w:type="dxa" w:w="619"/>
            <w:vAlign w:val="center"/>
          </w:tcPr>
          <w:p>
            <w:pPr>
              <w:spacing w:after="0" w:before="0" w:line="197" w:lineRule="auto"/>
              <w:jc w:val="center"/>
            </w:pPr>
            <w:r>
              <w:rPr>
                <w:sz w:val="11"/>
              </w:rPr>
              <w:t>65</w:t>
            </w:r>
          </w:p>
        </w:tc>
        <w:tc>
          <w:tcPr>
            <w:tcW w:type="dxa" w:w="490"/>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Schaumburg, IL · NYS licensed · FDA registered · Est.2010</w:t>
            </w:r>
          </w:p>
        </w:tc>
      </w:tr>
      <w:tr>
        <w:tc>
          <w:tcPr>
            <w:tcW w:type="dxa" w:w="547"/>
            <w:vAlign w:val="center"/>
          </w:tcPr>
          <w:p>
            <w:pPr>
              <w:spacing w:after="0" w:before="0" w:line="197" w:lineRule="auto"/>
              <w:jc w:val="center"/>
            </w:pPr>
            <w:r>
              <w:rPr>
                <w:sz w:val="11"/>
              </w:rPr>
              <w:t>#6</w:t>
            </w:r>
          </w:p>
        </w:tc>
        <w:tc>
          <w:tcPr>
            <w:tcW w:type="dxa" w:w="2232"/>
            <w:vAlign w:val="center"/>
          </w:tcPr>
          <w:p>
            <w:pPr>
              <w:spacing w:after="0" w:before="0" w:line="197" w:lineRule="auto"/>
            </w:pPr>
            <w:r>
              <w:rPr>
                <w:sz w:val="11"/>
              </w:rPr>
              <w:t>Circle</w:t>
            </w:r>
          </w:p>
        </w:tc>
        <w:tc>
          <w:tcPr>
            <w:tcW w:type="dxa" w:w="648"/>
            <w:vAlign w:val="center"/>
          </w:tcPr>
          <w:p>
            <w:pPr>
              <w:spacing w:after="0" w:before="0" w:line="197" w:lineRule="auto"/>
              <w:jc w:val="center"/>
            </w:pPr>
            <w:r>
              <w:rPr>
                <w:sz w:val="11"/>
              </w:rPr>
              <w:t>MA</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66</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Boston, MA · NYS licensed · Est.1995 · 3,600+ babies · Fixed fee ~$157K+</w:t>
            </w:r>
          </w:p>
        </w:tc>
      </w:tr>
      <w:tr>
        <w:tc>
          <w:tcPr>
            <w:tcW w:type="dxa" w:w="547"/>
            <w:vAlign w:val="center"/>
          </w:tcPr>
          <w:p>
            <w:pPr>
              <w:spacing w:after="0" w:before="0" w:line="197" w:lineRule="auto"/>
              <w:jc w:val="center"/>
            </w:pPr>
            <w:r>
              <w:rPr>
                <w:sz w:val="11"/>
              </w:rPr>
              <w:t>#7</w:t>
            </w:r>
          </w:p>
        </w:tc>
        <w:tc>
          <w:tcPr>
            <w:tcW w:type="dxa" w:w="2232"/>
            <w:vAlign w:val="center"/>
          </w:tcPr>
          <w:p>
            <w:pPr>
              <w:spacing w:after="0" w:before="0" w:line="197" w:lineRule="auto"/>
            </w:pPr>
            <w:r>
              <w:rPr>
                <w:sz w:val="11"/>
              </w:rPr>
              <w:t>American Surrogacy</w:t>
            </w:r>
          </w:p>
        </w:tc>
        <w:tc>
          <w:tcPr>
            <w:tcW w:type="dxa" w:w="648"/>
            <w:vAlign w:val="center"/>
          </w:tcPr>
          <w:p>
            <w:pPr>
              <w:spacing w:after="0" w:before="0" w:line="197" w:lineRule="auto"/>
              <w:jc w:val="center"/>
            </w:pPr>
            <w:r>
              <w:rPr>
                <w:sz w:val="11"/>
              </w:rPr>
              <w:t>MO</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65</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Kansas City, MO · NYS licensed Jan 2026 · $145K–$202K · 4 NYC offices</w:t>
            </w:r>
          </w:p>
        </w:tc>
      </w:tr>
      <w:tr>
        <w:tc>
          <w:tcPr>
            <w:tcW w:type="dxa" w:w="547"/>
            <w:vAlign w:val="center"/>
          </w:tcPr>
          <w:p>
            <w:pPr>
              <w:spacing w:after="0" w:before="0" w:line="197" w:lineRule="auto"/>
              <w:jc w:val="center"/>
            </w:pPr>
            <w:r>
              <w:rPr>
                <w:sz w:val="11"/>
              </w:rPr>
              <w:t>#8</w:t>
            </w:r>
          </w:p>
        </w:tc>
        <w:tc>
          <w:tcPr>
            <w:tcW w:type="dxa" w:w="2232"/>
            <w:vAlign w:val="center"/>
          </w:tcPr>
          <w:p>
            <w:pPr>
              <w:spacing w:after="0" w:before="0" w:line="197" w:lineRule="auto"/>
            </w:pPr>
            <w:r>
              <w:rPr>
                <w:sz w:val="11"/>
              </w:rPr>
              <w:t>Hatch 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Los Angeles, CA · NYS licensed Sep 2025 · Est.1991 · Largest egg donor DB · $160K–$225K+</w:t>
            </w:r>
          </w:p>
        </w:tc>
      </w:tr>
      <w:tr>
        <w:tc>
          <w:tcPr>
            <w:tcW w:type="dxa" w:w="547"/>
            <w:vAlign w:val="center"/>
          </w:tcPr>
          <w:p>
            <w:pPr>
              <w:spacing w:after="0" w:before="0" w:line="197" w:lineRule="auto"/>
              <w:jc w:val="center"/>
            </w:pPr>
            <w:r>
              <w:rPr>
                <w:sz w:val="11"/>
              </w:rPr>
              <w:t>#9</w:t>
            </w:r>
          </w:p>
        </w:tc>
        <w:tc>
          <w:tcPr>
            <w:tcW w:type="dxa" w:w="2232"/>
            <w:vAlign w:val="center"/>
          </w:tcPr>
          <w:p>
            <w:pPr>
              <w:spacing w:after="0" w:before="0" w:line="197" w:lineRule="auto"/>
            </w:pPr>
            <w:r>
              <w:rPr>
                <w:sz w:val="11"/>
              </w:rPr>
              <w:t>CCRM Fertility Nationwide</w:t>
            </w:r>
          </w:p>
        </w:tc>
        <w:tc>
          <w:tcPr>
            <w:tcW w:type="dxa" w:w="648"/>
            <w:vAlign w:val="center"/>
          </w:tcPr>
          <w:p>
            <w:pPr>
              <w:spacing w:after="0" w:before="0" w:line="197" w:lineRule="auto"/>
              <w:jc w:val="center"/>
            </w:pPr>
            <w:r>
              <w:rPr>
                <w:sz w:val="11"/>
              </w:rPr>
              <w:t>CO/Natl</w:t>
            </w:r>
          </w:p>
        </w:tc>
        <w:tc>
          <w:tcPr>
            <w:tcW w:type="dxa" w:w="605"/>
            <w:vAlign w:val="center"/>
          </w:tcPr>
          <w:p>
            <w:pPr>
              <w:spacing w:after="0" w:before="0" w:line="197" w:lineRule="auto"/>
              <w:jc w:val="center"/>
            </w:pPr>
            <w:r>
              <w:rPr>
                <w:sz w:val="11"/>
              </w:rPr>
              <w:t>Tier 2</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Nationwide · FDA registered · Physician-owned multi-clinic · Full IVF + surrogacy</w:t>
            </w:r>
          </w:p>
        </w:tc>
      </w:tr>
      <w:tr>
        <w:tc>
          <w:tcPr>
            <w:tcW w:type="dxa" w:w="547"/>
            <w:vAlign w:val="center"/>
          </w:tcPr>
          <w:p>
            <w:pPr>
              <w:spacing w:after="0" w:before="0" w:line="197" w:lineRule="auto"/>
              <w:jc w:val="center"/>
            </w:pPr>
            <w:r>
              <w:rPr>
                <w:sz w:val="11"/>
              </w:rPr>
              <w:t>#10</w:t>
            </w:r>
          </w:p>
        </w:tc>
        <w:tc>
          <w:tcPr>
            <w:tcW w:type="dxa" w:w="2232"/>
            <w:vAlign w:val="center"/>
          </w:tcPr>
          <w:p>
            <w:pPr>
              <w:spacing w:after="0" w:before="0" w:line="197" w:lineRule="auto"/>
            </w:pPr>
            <w:r>
              <w:rPr>
                <w:sz w:val="11"/>
              </w:rPr>
              <w:t>Worldwide Surrogacy</w:t>
            </w:r>
          </w:p>
        </w:tc>
        <w:tc>
          <w:tcPr>
            <w:tcW w:type="dxa" w:w="648"/>
            <w:vAlign w:val="center"/>
          </w:tcPr>
          <w:p>
            <w:pPr>
              <w:spacing w:after="0" w:before="0" w:line="197" w:lineRule="auto"/>
              <w:jc w:val="center"/>
            </w:pPr>
            <w:r>
              <w:rPr>
                <w:sz w:val="11"/>
              </w:rPr>
              <w:t>CT</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Fairfield, CT · NYS licensed · In-house attorney + escrow · One of first US agencies</w:t>
            </w:r>
          </w:p>
        </w:tc>
      </w:tr>
      <w:tr>
        <w:tc>
          <w:tcPr>
            <w:tcW w:type="dxa" w:w="547"/>
            <w:vAlign w:val="center"/>
          </w:tcPr>
          <w:p>
            <w:pPr>
              <w:spacing w:after="0" w:before="0" w:line="197" w:lineRule="auto"/>
              <w:jc w:val="center"/>
            </w:pPr>
            <w:r>
              <w:rPr>
                <w:sz w:val="11"/>
              </w:rPr>
              <w:t>#11</w:t>
            </w:r>
          </w:p>
        </w:tc>
        <w:tc>
          <w:tcPr>
            <w:tcW w:type="dxa" w:w="2232"/>
            <w:vAlign w:val="center"/>
          </w:tcPr>
          <w:p>
            <w:pPr>
              <w:spacing w:after="0" w:before="0" w:line="197" w:lineRule="auto"/>
            </w:pPr>
            <w:r>
              <w:rPr>
                <w:sz w:val="11"/>
              </w:rPr>
              <w:t>Same Love Surrogacy LA + NYC</w:t>
            </w:r>
          </w:p>
        </w:tc>
        <w:tc>
          <w:tcPr>
            <w:tcW w:type="dxa" w:w="648"/>
            <w:vAlign w:val="center"/>
          </w:tcPr>
          <w:p>
            <w:pPr>
              <w:spacing w:after="0" w:before="0" w:line="197" w:lineRule="auto"/>
              <w:jc w:val="center"/>
            </w:pPr>
            <w:r>
              <w:rPr>
                <w:sz w:val="11"/>
              </w:rPr>
              <w:t>CA/NY</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57</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LA + NYC · NYS licensed · LGBTQ+ pioneer · Surrogate wellness program (acupuncture, nutrition) · Est.2014</w:t>
            </w:r>
          </w:p>
        </w:tc>
      </w:tr>
      <w:tr>
        <w:tc>
          <w:tcPr>
            <w:tcW w:type="dxa" w:w="547"/>
            <w:vAlign w:val="center"/>
          </w:tcPr>
          <w:p>
            <w:pPr>
              <w:spacing w:after="0" w:before="0" w:line="197" w:lineRule="auto"/>
              <w:jc w:val="center"/>
            </w:pPr>
            <w:r>
              <w:rPr>
                <w:sz w:val="11"/>
              </w:rPr>
              <w:t>#12</w:t>
            </w:r>
          </w:p>
        </w:tc>
        <w:tc>
          <w:tcPr>
            <w:tcW w:type="dxa" w:w="2232"/>
            <w:vAlign w:val="center"/>
          </w:tcPr>
          <w:p>
            <w:pPr>
              <w:spacing w:after="0" w:before="0" w:line="197" w:lineRule="auto"/>
            </w:pPr>
            <w:r>
              <w:rPr>
                <w:sz w:val="11"/>
              </w:rPr>
              <w:t>Simple Surrogacy Texas</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57</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Texas · NYS licensed · Budget-focused · Flexible programs</w:t>
            </w:r>
          </w:p>
        </w:tc>
      </w:tr>
      <w:tr>
        <w:tc>
          <w:tcPr>
            <w:tcW w:type="dxa" w:w="547"/>
            <w:vAlign w:val="center"/>
          </w:tcPr>
          <w:p>
            <w:pPr>
              <w:spacing w:after="0" w:before="0" w:line="197" w:lineRule="auto"/>
              <w:jc w:val="center"/>
            </w:pPr>
            <w:r>
              <w:rPr>
                <w:sz w:val="11"/>
              </w:rPr>
              <w:t>#13</w:t>
            </w:r>
          </w:p>
        </w:tc>
        <w:tc>
          <w:tcPr>
            <w:tcW w:type="dxa" w:w="2232"/>
            <w:vAlign w:val="center"/>
          </w:tcPr>
          <w:p>
            <w:pPr>
              <w:spacing w:after="0" w:before="0" w:line="197" w:lineRule="auto"/>
            </w:pPr>
            <w:r>
              <w:rPr>
                <w:sz w:val="11"/>
              </w:rPr>
              <w:t>Growing Generations LA, CA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56</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LA, CA · NYS licensed 2024 · LGBTQ+ pioneer Est.1996 · ~$350K · Northstar/Circle</w:t>
            </w:r>
          </w:p>
        </w:tc>
      </w:tr>
      <w:tr>
        <w:tc>
          <w:tcPr>
            <w:tcW w:type="dxa" w:w="547"/>
            <w:vAlign w:val="center"/>
          </w:tcPr>
          <w:p>
            <w:pPr>
              <w:spacing w:after="0" w:before="0" w:line="197" w:lineRule="auto"/>
              <w:jc w:val="center"/>
            </w:pPr>
            <w:r>
              <w:rPr>
                <w:sz w:val="11"/>
              </w:rPr>
              <w:t>#14</w:t>
            </w:r>
          </w:p>
        </w:tc>
        <w:tc>
          <w:tcPr>
            <w:tcW w:type="dxa" w:w="2232"/>
            <w:vAlign w:val="center"/>
          </w:tcPr>
          <w:p>
            <w:pPr>
              <w:spacing w:after="0" w:before="0" w:line="197" w:lineRule="auto"/>
            </w:pPr>
            <w:r>
              <w:rPr>
                <w:sz w:val="11"/>
              </w:rPr>
              <w:t>Extraordinary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56</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Carlsbad, CA · NYS licensed · Est.2002 · International IPs · Full service</w:t>
            </w:r>
          </w:p>
        </w:tc>
      </w:tr>
      <w:tr>
        <w:tc>
          <w:tcPr>
            <w:tcW w:type="dxa" w:w="547"/>
            <w:vAlign w:val="center"/>
          </w:tcPr>
          <w:p>
            <w:pPr>
              <w:spacing w:after="0" w:before="0" w:line="197" w:lineRule="auto"/>
              <w:jc w:val="center"/>
            </w:pPr>
            <w:r>
              <w:rPr>
                <w:sz w:val="11"/>
              </w:rPr>
              <w:t>#15</w:t>
            </w:r>
          </w:p>
        </w:tc>
        <w:tc>
          <w:tcPr>
            <w:tcW w:type="dxa" w:w="2232"/>
            <w:vAlign w:val="center"/>
          </w:tcPr>
          <w:p>
            <w:pPr>
              <w:spacing w:after="0" w:before="0" w:line="197" w:lineRule="auto"/>
            </w:pPr>
            <w:r>
              <w:rPr>
                <w:sz w:val="11"/>
              </w:rPr>
              <w:t>Egg Donor &amp;amp; Surrogate Solutions Texas</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55</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Texas · NYS licensed · 5.0★ 15 reviews SurrogacyNetwork — highest-reviewed TX agency</w:t>
            </w:r>
          </w:p>
        </w:tc>
      </w:tr>
      <w:tr>
        <w:tc>
          <w:tcPr>
            <w:tcW w:type="dxa" w:w="547"/>
            <w:vAlign w:val="center"/>
          </w:tcPr>
          <w:p>
            <w:pPr>
              <w:spacing w:after="0" w:before="0" w:line="197" w:lineRule="auto"/>
              <w:jc w:val="center"/>
            </w:pPr>
            <w:r>
              <w:rPr>
                <w:sz w:val="11"/>
              </w:rPr>
              <w:t>#16</w:t>
            </w:r>
          </w:p>
        </w:tc>
        <w:tc>
          <w:tcPr>
            <w:tcW w:type="dxa" w:w="2232"/>
            <w:vAlign w:val="center"/>
          </w:tcPr>
          <w:p>
            <w:pPr>
              <w:spacing w:after="0" w:before="0" w:line="197" w:lineRule="auto"/>
            </w:pPr>
            <w:r>
              <w:rPr>
                <w:sz w:val="11"/>
              </w:rPr>
              <w:t>Northwest Surrogacy Center (NWSC)</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55</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Portland, OR · NYS licensed · Est.1994 · 2,600+ babies · Family-run</w:t>
            </w:r>
          </w:p>
        </w:tc>
      </w:tr>
      <w:tr>
        <w:tc>
          <w:tcPr>
            <w:tcW w:type="dxa" w:w="547"/>
            <w:vAlign w:val="center"/>
          </w:tcPr>
          <w:p>
            <w:pPr>
              <w:spacing w:after="0" w:before="0" w:line="197" w:lineRule="auto"/>
              <w:jc w:val="center"/>
            </w:pPr>
            <w:r>
              <w:rPr>
                <w:sz w:val="11"/>
              </w:rPr>
              <w:t>#17</w:t>
            </w:r>
          </w:p>
        </w:tc>
        <w:tc>
          <w:tcPr>
            <w:tcW w:type="dxa" w:w="2232"/>
            <w:vAlign w:val="center"/>
          </w:tcPr>
          <w:p>
            <w:pPr>
              <w:spacing w:after="0" w:before="0" w:line="197" w:lineRule="auto"/>
            </w:pPr>
            <w:r>
              <w:rPr>
                <w:sz w:val="11"/>
              </w:rPr>
              <w:t>Reproductive</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NJ · NYS licensed · Northstar/Circle family · Est.~2005</w:t>
            </w:r>
          </w:p>
        </w:tc>
      </w:tr>
      <w:tr>
        <w:tc>
          <w:tcPr>
            <w:tcW w:type="dxa" w:w="547"/>
            <w:vAlign w:val="center"/>
          </w:tcPr>
          <w:p>
            <w:pPr>
              <w:spacing w:after="0" w:before="0" w:line="197" w:lineRule="auto"/>
              <w:jc w:val="center"/>
            </w:pPr>
            <w:r>
              <w:rPr>
                <w:sz w:val="11"/>
              </w:rPr>
              <w:t>#18</w:t>
            </w:r>
          </w:p>
        </w:tc>
        <w:tc>
          <w:tcPr>
            <w:tcW w:type="dxa" w:w="2232"/>
            <w:vAlign w:val="center"/>
          </w:tcPr>
          <w:p>
            <w:pPr>
              <w:spacing w:after="0" w:before="0" w:line="197" w:lineRule="auto"/>
            </w:pPr>
            <w:r>
              <w:rPr>
                <w:sz w:val="11"/>
              </w:rPr>
              <w:t>Creative Family Connections</w:t>
            </w:r>
          </w:p>
        </w:tc>
        <w:tc>
          <w:tcPr>
            <w:tcW w:type="dxa" w:w="648"/>
            <w:vAlign w:val="center"/>
          </w:tcPr>
          <w:p>
            <w:pPr>
              <w:spacing w:after="0" w:before="0" w:line="197" w:lineRule="auto"/>
              <w:jc w:val="center"/>
            </w:pPr>
            <w:r>
              <w:rPr>
                <w:sz w:val="11"/>
              </w:rPr>
              <w:t>MD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Chevy Chase, MD · Attorney + agency · Est.2001 · In-house legal · 2% surrogate acceptance</w:t>
            </w:r>
          </w:p>
        </w:tc>
      </w:tr>
      <w:tr>
        <w:tc>
          <w:tcPr>
            <w:tcW w:type="dxa" w:w="547"/>
            <w:vAlign w:val="center"/>
          </w:tcPr>
          <w:p>
            <w:pPr>
              <w:spacing w:after="0" w:before="0" w:line="197" w:lineRule="auto"/>
              <w:jc w:val="center"/>
            </w:pPr>
            <w:r>
              <w:rPr>
                <w:sz w:val="11"/>
              </w:rPr>
              <w:t>#19</w:t>
            </w:r>
          </w:p>
        </w:tc>
        <w:tc>
          <w:tcPr>
            <w:tcW w:type="dxa" w:w="2232"/>
            <w:vAlign w:val="center"/>
          </w:tcPr>
          <w:p>
            <w:pPr>
              <w:spacing w:after="0" w:before="0" w:line="197" w:lineRule="auto"/>
            </w:pPr>
            <w:r>
              <w:rPr>
                <w:sz w:val="11"/>
              </w:rPr>
              <w:t>West Coast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Aliso Viejo, CA · Est.2007 · 5 CA offices · Physicians on team · $190K–$240K</w:t>
            </w:r>
          </w:p>
        </w:tc>
      </w:tr>
      <w:tr>
        <w:tc>
          <w:tcPr>
            <w:tcW w:type="dxa" w:w="547"/>
            <w:vAlign w:val="center"/>
          </w:tcPr>
          <w:p>
            <w:pPr>
              <w:spacing w:after="0" w:before="0" w:line="197" w:lineRule="auto"/>
              <w:jc w:val="center"/>
            </w:pPr>
            <w:r>
              <w:rPr>
                <w:sz w:val="11"/>
              </w:rPr>
              <w:t>#20</w:t>
            </w:r>
          </w:p>
        </w:tc>
        <w:tc>
          <w:tcPr>
            <w:tcW w:type="dxa" w:w="2232"/>
            <w:vAlign w:val="center"/>
          </w:tcPr>
          <w:p>
            <w:pPr>
              <w:spacing w:after="0" w:before="0" w:line="197" w:lineRule="auto"/>
            </w:pPr>
            <w:r>
              <w:rPr>
                <w:sz w:val="11"/>
              </w:rPr>
              <w:t>IARC</w:t>
            </w:r>
          </w:p>
        </w:tc>
        <w:tc>
          <w:tcPr>
            <w:tcW w:type="dxa" w:w="648"/>
            <w:vAlign w:val="center"/>
          </w:tcPr>
          <w:p>
            <w:pPr>
              <w:spacing w:after="0" w:before="0" w:line="197" w:lineRule="auto"/>
              <w:jc w:val="center"/>
            </w:pPr>
            <w:r>
              <w:rPr>
                <w:sz w:val="11"/>
              </w:rPr>
              <w:t>MN</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45</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Bloomington, MN · Attorney-led · Est.1982 · One of oldest US agencies</w:t>
            </w:r>
          </w:p>
        </w:tc>
      </w:tr>
      <w:tr>
        <w:tc>
          <w:tcPr>
            <w:tcW w:type="dxa" w:w="547"/>
            <w:vAlign w:val="center"/>
          </w:tcPr>
          <w:p>
            <w:pPr>
              <w:spacing w:after="0" w:before="0" w:line="197" w:lineRule="auto"/>
              <w:jc w:val="center"/>
            </w:pPr>
            <w:r>
              <w:rPr>
                <w:sz w:val="11"/>
              </w:rPr>
              <w:t>#21</w:t>
            </w:r>
          </w:p>
        </w:tc>
        <w:tc>
          <w:tcPr>
            <w:tcW w:type="dxa" w:w="2232"/>
            <w:vAlign w:val="center"/>
          </w:tcPr>
          <w:p>
            <w:pPr>
              <w:spacing w:after="0" w:before="0" w:line="197" w:lineRule="auto"/>
            </w:pPr>
            <w:r>
              <w:rPr>
                <w:sz w:val="11"/>
              </w:rPr>
              <w:t>Center for Surrogate Parenting (CSP)</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Encino, CA · Est.1980 · Therapist-founded · Oldest US surrogacy agency</w:t>
            </w:r>
          </w:p>
        </w:tc>
      </w:tr>
      <w:tr>
        <w:tc>
          <w:tcPr>
            <w:tcW w:type="dxa" w:w="547"/>
            <w:vAlign w:val="center"/>
          </w:tcPr>
          <w:p>
            <w:pPr>
              <w:spacing w:after="0" w:before="0" w:line="197" w:lineRule="auto"/>
              <w:jc w:val="center"/>
            </w:pPr>
            <w:r>
              <w:rPr>
                <w:sz w:val="11"/>
              </w:rPr>
              <w:t>#22</w:t>
            </w:r>
          </w:p>
        </w:tc>
        <w:tc>
          <w:tcPr>
            <w:tcW w:type="dxa" w:w="2232"/>
            <w:vAlign w:val="center"/>
          </w:tcPr>
          <w:p>
            <w:pPr>
              <w:spacing w:after="0" w:before="0" w:line="197" w:lineRule="auto"/>
            </w:pPr>
            <w:r>
              <w:rPr>
                <w:sz w:val="11"/>
              </w:rPr>
              <w:t>Surrogate Parenting Services (SPS)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Laguna Niguel, CA · Est.1990 · 1,000+ births · Founder Cristie Montgomery leads every match · 50%+ surrogate retention</w:t>
            </w:r>
          </w:p>
        </w:tc>
      </w:tr>
      <w:tr>
        <w:tc>
          <w:tcPr>
            <w:tcW w:type="dxa" w:w="547"/>
            <w:vAlign w:val="center"/>
          </w:tcPr>
          <w:p>
            <w:pPr>
              <w:spacing w:after="0" w:before="0" w:line="197" w:lineRule="auto"/>
              <w:jc w:val="center"/>
            </w:pPr>
            <w:r>
              <w:rPr>
                <w:sz w:val="11"/>
              </w:rPr>
              <w:t>#23</w:t>
            </w:r>
          </w:p>
        </w:tc>
        <w:tc>
          <w:tcPr>
            <w:tcW w:type="dxa" w:w="2232"/>
            <w:vAlign w:val="center"/>
          </w:tcPr>
          <w:p>
            <w:pPr>
              <w:spacing w:after="0" w:before="0" w:line="197" w:lineRule="auto"/>
            </w:pPr>
            <w:r>
              <w:rPr>
                <w:sz w:val="11"/>
              </w:rPr>
              <w:t>Shared Conception Houston +</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Houston + Dallas, TX · Lowest published agency fee in TX ($28K) · No payment until match · Est.2011</w:t>
            </w:r>
          </w:p>
        </w:tc>
      </w:tr>
      <w:tr>
        <w:tc>
          <w:tcPr>
            <w:tcW w:type="dxa" w:w="547"/>
            <w:vAlign w:val="center"/>
          </w:tcPr>
          <w:p>
            <w:pPr>
              <w:spacing w:after="0" w:before="0" w:line="197" w:lineRule="auto"/>
              <w:jc w:val="center"/>
            </w:pPr>
            <w:r>
              <w:rPr>
                <w:sz w:val="11"/>
              </w:rPr>
              <w:t>#24</w:t>
            </w:r>
          </w:p>
        </w:tc>
        <w:tc>
          <w:tcPr>
            <w:tcW w:type="dxa" w:w="2232"/>
            <w:vAlign w:val="center"/>
          </w:tcPr>
          <w:p>
            <w:pPr>
              <w:spacing w:after="0" w:before="0" w:line="197" w:lineRule="auto"/>
            </w:pPr>
            <w:r>
              <w:rPr>
                <w:sz w:val="11"/>
              </w:rPr>
              <w:t>LifeBridge Surrogacy Los Angeles/Irvine, CA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Los Angeles/Irvine, CA · 100% women-led · 4-week match · Up to $110K surrogate comp · Fee only after match</w:t>
            </w:r>
          </w:p>
        </w:tc>
      </w:tr>
      <w:tr>
        <w:tc>
          <w:tcPr>
            <w:tcW w:type="dxa" w:w="547"/>
            <w:vAlign w:val="center"/>
          </w:tcPr>
          <w:p>
            <w:pPr>
              <w:spacing w:after="0" w:before="0" w:line="197" w:lineRule="auto"/>
              <w:jc w:val="center"/>
            </w:pPr>
            <w:r>
              <w:rPr>
                <w:sz w:val="11"/>
              </w:rPr>
              <w:t>#25</w:t>
            </w:r>
          </w:p>
        </w:tc>
        <w:tc>
          <w:tcPr>
            <w:tcW w:type="dxa" w:w="2232"/>
            <w:vAlign w:val="center"/>
          </w:tcPr>
          <w:p>
            <w:pPr>
              <w:spacing w:after="0" w:before="0" w:line="197" w:lineRule="auto"/>
            </w:pPr>
            <w:r>
              <w:rPr>
                <w:sz w:val="11"/>
              </w:rPr>
              <w:t>Egg Donor &amp;amp; Surrogacy Institute (EDSI)</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5</w:t>
            </w:r>
          </w:p>
        </w:tc>
        <w:tc>
          <w:tcPr>
            <w:tcW w:type="dxa" w:w="3384"/>
            <w:vAlign w:val="center"/>
          </w:tcPr>
          <w:p>
            <w:pPr>
              <w:spacing w:after="0" w:before="0" w:line="197" w:lineRule="auto"/>
            </w:pPr>
            <w:r>
              <w:rPr>
                <w:sz w:val="10"/>
              </w:rPr>
              <w:t>Beverly Hills, CA · Led by Parham Zar (20 yrs) · SeedTrust independent escrow · 2026 Trends Report publisher</w:t>
            </w:r>
          </w:p>
        </w:tc>
      </w:tr>
      <w:tr>
        <w:tc>
          <w:tcPr>
            <w:tcW w:type="dxa" w:w="547"/>
            <w:vAlign w:val="center"/>
          </w:tcPr>
          <w:p>
            <w:pPr>
              <w:spacing w:after="0" w:before="0" w:line="197" w:lineRule="auto"/>
              <w:jc w:val="center"/>
            </w:pPr>
            <w:r>
              <w:rPr>
                <w:sz w:val="11"/>
              </w:rPr>
              <w:t>#26</w:t>
            </w:r>
          </w:p>
        </w:tc>
        <w:tc>
          <w:tcPr>
            <w:tcW w:type="dxa" w:w="2232"/>
            <w:vAlign w:val="center"/>
          </w:tcPr>
          <w:p>
            <w:pPr>
              <w:spacing w:after="0" w:before="0" w:line="197" w:lineRule="auto"/>
            </w:pPr>
            <w:r>
              <w:rPr>
                <w:sz w:val="11"/>
              </w:rPr>
              <w:t>Made in the USA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Northern CA · $160K–$175K · Per-surrogate breakdown before commitment · Founder: Samantha</w:t>
            </w:r>
          </w:p>
        </w:tc>
      </w:tr>
      <w:tr>
        <w:tc>
          <w:tcPr>
            <w:tcW w:type="dxa" w:w="547"/>
            <w:vAlign w:val="center"/>
          </w:tcPr>
          <w:p>
            <w:pPr>
              <w:spacing w:after="0" w:before="0" w:line="197" w:lineRule="auto"/>
              <w:jc w:val="center"/>
            </w:pPr>
            <w:r>
              <w:rPr>
                <w:sz w:val="11"/>
              </w:rPr>
              <w:t>#27</w:t>
            </w:r>
          </w:p>
        </w:tc>
        <w:tc>
          <w:tcPr>
            <w:tcW w:type="dxa" w:w="2232"/>
            <w:vAlign w:val="center"/>
          </w:tcPr>
          <w:p>
            <w:pPr>
              <w:spacing w:after="0" w:before="0" w:line="197" w:lineRule="auto"/>
            </w:pPr>
            <w:r>
              <w:rPr>
                <w:sz w:val="11"/>
              </w:rPr>
              <w:t>US Surrogacy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Las Vegas, NV · Attorney-run · Est.2014 · $120K · 1-month match · 5.0★ SurrogacyNetwork</w:t>
            </w:r>
          </w:p>
        </w:tc>
      </w:tr>
      <w:tr>
        <w:tc>
          <w:tcPr>
            <w:tcW w:type="dxa" w:w="547"/>
            <w:vAlign w:val="center"/>
          </w:tcPr>
          <w:p>
            <w:pPr>
              <w:spacing w:after="0" w:before="0" w:line="197" w:lineRule="auto"/>
              <w:jc w:val="center"/>
            </w:pPr>
            <w:r>
              <w:rPr>
                <w:sz w:val="11"/>
              </w:rPr>
              <w:t>#28</w:t>
            </w:r>
          </w:p>
        </w:tc>
        <w:tc>
          <w:tcPr>
            <w:tcW w:type="dxa" w:w="2232"/>
            <w:vAlign w:val="center"/>
          </w:tcPr>
          <w:p>
            <w:pPr>
              <w:spacing w:after="0" w:before="0" w:line="197" w:lineRule="auto"/>
            </w:pPr>
            <w:r>
              <w:rPr>
                <w:sz w:val="11"/>
              </w:rPr>
              <w:t>Golden</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Northbrook, IL · Gay couple founders · LGBTQ+ specialist · Est.2013</w:t>
            </w:r>
          </w:p>
        </w:tc>
      </w:tr>
      <w:tr>
        <w:tc>
          <w:tcPr>
            <w:tcW w:type="dxa" w:w="547"/>
            <w:vAlign w:val="center"/>
          </w:tcPr>
          <w:p>
            <w:pPr>
              <w:spacing w:after="0" w:before="0" w:line="197" w:lineRule="auto"/>
              <w:jc w:val="center"/>
            </w:pPr>
            <w:r>
              <w:rPr>
                <w:sz w:val="11"/>
              </w:rPr>
              <w:t>#29</w:t>
            </w:r>
          </w:p>
        </w:tc>
        <w:tc>
          <w:tcPr>
            <w:tcW w:type="dxa" w:w="2232"/>
            <w:vAlign w:val="center"/>
          </w:tcPr>
          <w:p>
            <w:pPr>
              <w:spacing w:after="0" w:before="0" w:line="197" w:lineRule="auto"/>
            </w:pPr>
            <w:r>
              <w:rPr>
                <w:sz w:val="11"/>
              </w:rPr>
              <w:t>Delivering Dreams International New Jersey</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New Jersey · Est.2007 · USA + Ukraine · 500+ families · 30+ countries</w:t>
            </w:r>
          </w:p>
        </w:tc>
      </w:tr>
      <w:tr>
        <w:tc>
          <w:tcPr>
            <w:tcW w:type="dxa" w:w="547"/>
            <w:vAlign w:val="center"/>
          </w:tcPr>
          <w:p>
            <w:pPr>
              <w:spacing w:after="0" w:before="0" w:line="197" w:lineRule="auto"/>
              <w:jc w:val="center"/>
            </w:pPr>
            <w:r>
              <w:rPr>
                <w:sz w:val="11"/>
              </w:rPr>
              <w:t>#30</w:t>
            </w:r>
          </w:p>
        </w:tc>
        <w:tc>
          <w:tcPr>
            <w:tcW w:type="dxa" w:w="2232"/>
            <w:vAlign w:val="center"/>
          </w:tcPr>
          <w:p>
            <w:pPr>
              <w:spacing w:after="0" w:before="0" w:line="197" w:lineRule="auto"/>
            </w:pPr>
            <w:r>
              <w:rPr>
                <w:sz w:val="11"/>
              </w:rPr>
              <w:t>The Genesis Group California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California · 5.0★ 16 reviews — #1 most-reviewed on SurrogacyNetwork</w:t>
            </w:r>
          </w:p>
        </w:tc>
      </w:tr>
      <w:tr>
        <w:tc>
          <w:tcPr>
            <w:tcW w:type="dxa" w:w="547"/>
            <w:vAlign w:val="center"/>
          </w:tcPr>
          <w:p>
            <w:pPr>
              <w:spacing w:after="0" w:before="0" w:line="197" w:lineRule="auto"/>
              <w:jc w:val="center"/>
            </w:pPr>
            <w:r>
              <w:rPr>
                <w:sz w:val="11"/>
              </w:rPr>
              <w:t>#31</w:t>
            </w:r>
          </w:p>
        </w:tc>
        <w:tc>
          <w:tcPr>
            <w:tcW w:type="dxa" w:w="2232"/>
            <w:vAlign w:val="center"/>
          </w:tcPr>
          <w:p>
            <w:pPr>
              <w:spacing w:after="0" w:before="0" w:line="197" w:lineRule="auto"/>
            </w:pPr>
            <w:r>
              <w:rPr>
                <w:sz w:val="11"/>
              </w:rPr>
              <w:t>The Fertility Agency (TFA)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Los Angeles, CA · Est.2004 · 1,100+ families · All staff have personal fertility experience</w:t>
            </w:r>
          </w:p>
        </w:tc>
      </w:tr>
      <w:tr>
        <w:tc>
          <w:tcPr>
            <w:tcW w:type="dxa" w:w="547"/>
            <w:vAlign w:val="center"/>
          </w:tcPr>
          <w:p>
            <w:pPr>
              <w:spacing w:after="0" w:before="0" w:line="197" w:lineRule="auto"/>
              <w:jc w:val="center"/>
            </w:pPr>
            <w:r>
              <w:rPr>
                <w:sz w:val="11"/>
              </w:rPr>
              <w:t>#32</w:t>
            </w:r>
          </w:p>
        </w:tc>
        <w:tc>
          <w:tcPr>
            <w:tcW w:type="dxa" w:w="2232"/>
            <w:vAlign w:val="center"/>
          </w:tcPr>
          <w:p>
            <w:pPr>
              <w:spacing w:after="0" w:before="0" w:line="197" w:lineRule="auto"/>
            </w:pPr>
            <w:r>
              <w:rPr>
                <w:sz w:val="11"/>
              </w:rPr>
              <w:t>Abundant Beginnings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Hesperia CA · NYS licensed · Full-service · Est.2015 · 4.9★ · Cost: $140–$170 · Match: 4–6 mo</w:t>
            </w:r>
          </w:p>
        </w:tc>
      </w:tr>
      <w:tr>
        <w:tc>
          <w:tcPr>
            <w:tcW w:type="dxa" w:w="547"/>
            <w:vAlign w:val="center"/>
          </w:tcPr>
          <w:p>
            <w:pPr>
              <w:spacing w:after="0" w:before="0" w:line="197" w:lineRule="auto"/>
              <w:jc w:val="center"/>
            </w:pPr>
            <w:r>
              <w:rPr>
                <w:sz w:val="11"/>
              </w:rPr>
              <w:t>#33</w:t>
            </w:r>
          </w:p>
        </w:tc>
        <w:tc>
          <w:tcPr>
            <w:tcW w:type="dxa" w:w="2232"/>
            <w:vAlign w:val="center"/>
          </w:tcPr>
          <w:p>
            <w:pPr>
              <w:spacing w:after="0" w:before="0" w:line="197" w:lineRule="auto"/>
            </w:pPr>
            <w:r>
              <w:rPr>
                <w:sz w:val="11"/>
              </w:rPr>
              <w:t>Alcea Surrogacy, LLC New York</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Boutique · Est.2018 · 4.8★ · Cost: $150–$180 · Match: 4–6 mo</w:t>
            </w:r>
          </w:p>
        </w:tc>
      </w:tr>
      <w:tr>
        <w:tc>
          <w:tcPr>
            <w:tcW w:type="dxa" w:w="547"/>
            <w:vAlign w:val="center"/>
          </w:tcPr>
          <w:p>
            <w:pPr>
              <w:spacing w:after="0" w:before="0" w:line="197" w:lineRule="auto"/>
              <w:jc w:val="center"/>
            </w:pPr>
            <w:r>
              <w:rPr>
                <w:sz w:val="11"/>
              </w:rPr>
              <w:t>#34</w:t>
            </w:r>
          </w:p>
        </w:tc>
        <w:tc>
          <w:tcPr>
            <w:tcW w:type="dxa" w:w="2232"/>
            <w:vAlign w:val="center"/>
          </w:tcPr>
          <w:p>
            <w:pPr>
              <w:spacing w:after="0" w:before="0" w:line="197" w:lineRule="auto"/>
            </w:pPr>
            <w:r>
              <w:rPr>
                <w:sz w:val="11"/>
              </w:rPr>
              <w:t>Angels Creation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 · NYS licensed · 3.0★ · Est.2012 · 3.0★ · Cost: No info · Match: 6 mo</w:t>
            </w:r>
          </w:p>
        </w:tc>
      </w:tr>
      <w:tr>
        <w:tc>
          <w:tcPr>
            <w:tcW w:type="dxa" w:w="547"/>
            <w:vAlign w:val="center"/>
          </w:tcPr>
          <w:p>
            <w:pPr>
              <w:spacing w:after="0" w:before="0" w:line="197" w:lineRule="auto"/>
              <w:jc w:val="center"/>
            </w:pPr>
            <w:r>
              <w:rPr>
                <w:sz w:val="11"/>
              </w:rPr>
              <w:t>#35</w:t>
            </w:r>
          </w:p>
        </w:tc>
        <w:tc>
          <w:tcPr>
            <w:tcW w:type="dxa" w:w="2232"/>
            <w:vAlign w:val="center"/>
          </w:tcPr>
          <w:p>
            <w:pPr>
              <w:spacing w:after="0" w:before="0" w:line="197" w:lineRule="auto"/>
            </w:pPr>
            <w:r>
              <w:rPr>
                <w:sz w:val="11"/>
              </w:rPr>
              <w:t>Await Surrogacy LLC South Carolina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South Carolina · NYS licensed · Est.2019 · 4.8★ · Cost: $140–$165 · Match: 4–6 mo</w:t>
            </w:r>
          </w:p>
        </w:tc>
      </w:tr>
      <w:tr>
        <w:tc>
          <w:tcPr>
            <w:tcW w:type="dxa" w:w="547"/>
            <w:vAlign w:val="center"/>
          </w:tcPr>
          <w:p>
            <w:pPr>
              <w:spacing w:after="0" w:before="0" w:line="197" w:lineRule="auto"/>
              <w:jc w:val="center"/>
            </w:pPr>
            <w:r>
              <w:rPr>
                <w:sz w:val="11"/>
              </w:rPr>
              <w:t>#36</w:t>
            </w:r>
          </w:p>
        </w:tc>
        <w:tc>
          <w:tcPr>
            <w:tcW w:type="dxa" w:w="2232"/>
            <w:vAlign w:val="center"/>
          </w:tcPr>
          <w:p>
            <w:pPr>
              <w:spacing w:after="0" w:before="0" w:line="197" w:lineRule="auto"/>
            </w:pPr>
            <w:r>
              <w:rPr>
                <w:sz w:val="11"/>
              </w:rPr>
              <w:t>Babytree Surrogacy, Inc.</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76</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4</w:t>
            </w:r>
          </w:p>
        </w:tc>
        <w:tc>
          <w:tcPr>
            <w:tcW w:type="dxa" w:w="547"/>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Hesperia CA · Match-first-pay-later · Free 5-yr rematch · Custom app · Military 20% discount · Est.2018 · 4.8★ · Cost: $</w:t>
            </w:r>
          </w:p>
        </w:tc>
      </w:tr>
      <w:tr>
        <w:tc>
          <w:tcPr>
            <w:tcW w:type="dxa" w:w="547"/>
            <w:vAlign w:val="center"/>
          </w:tcPr>
          <w:p>
            <w:pPr>
              <w:spacing w:after="0" w:before="0" w:line="197" w:lineRule="auto"/>
              <w:jc w:val="center"/>
            </w:pPr>
            <w:r>
              <w:rPr>
                <w:sz w:val="11"/>
              </w:rPr>
              <w:t>#37</w:t>
            </w:r>
          </w:p>
        </w:tc>
        <w:tc>
          <w:tcPr>
            <w:tcW w:type="dxa" w:w="2232"/>
            <w:vAlign w:val="center"/>
          </w:tcPr>
          <w:p>
            <w:pPr>
              <w:spacing w:after="0" w:before="0" w:line="197" w:lineRule="auto"/>
            </w:pPr>
            <w:r>
              <w:rPr>
                <w:sz w:val="11"/>
              </w:rPr>
              <w:t>Bright Futures Families, LLC Colorado</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Colorado · NYS licensed · LGBTQ+ inclusive · Est.2016 · 4.9★ · Cost: $140–$170 · Match: 4–6 mo</w:t>
            </w:r>
          </w:p>
        </w:tc>
      </w:tr>
      <w:tr>
        <w:tc>
          <w:tcPr>
            <w:tcW w:type="dxa" w:w="547"/>
            <w:vAlign w:val="center"/>
          </w:tcPr>
          <w:p>
            <w:pPr>
              <w:spacing w:after="0" w:before="0" w:line="197" w:lineRule="auto"/>
              <w:jc w:val="center"/>
            </w:pPr>
            <w:r>
              <w:rPr>
                <w:sz w:val="11"/>
              </w:rPr>
              <w:t>#38</w:t>
            </w:r>
          </w:p>
        </w:tc>
        <w:tc>
          <w:tcPr>
            <w:tcW w:type="dxa" w:w="2232"/>
            <w:vAlign w:val="center"/>
          </w:tcPr>
          <w:p>
            <w:pPr>
              <w:spacing w:after="0" w:before="0" w:line="197" w:lineRule="auto"/>
            </w:pPr>
            <w:r>
              <w:rPr>
                <w:sz w:val="11"/>
              </w:rPr>
              <w:t>Brownstone Surrogacy LLC New York</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New York · NYS licensed · 5.0★ 8 reviews · Est.2019 · 5.0★ · Cost: $150–$175 · Match: 3–5 mo</w:t>
            </w:r>
          </w:p>
        </w:tc>
      </w:tr>
      <w:tr>
        <w:tc>
          <w:tcPr>
            <w:tcW w:type="dxa" w:w="547"/>
            <w:vAlign w:val="center"/>
          </w:tcPr>
          <w:p>
            <w:pPr>
              <w:spacing w:after="0" w:before="0" w:line="197" w:lineRule="auto"/>
              <w:jc w:val="center"/>
            </w:pPr>
            <w:r>
              <w:rPr>
                <w:sz w:val="11"/>
              </w:rPr>
              <w:t>#39</w:t>
            </w:r>
          </w:p>
        </w:tc>
        <w:tc>
          <w:tcPr>
            <w:tcW w:type="dxa" w:w="2232"/>
            <w:vAlign w:val="center"/>
          </w:tcPr>
          <w:p>
            <w:pPr>
              <w:spacing w:after="0" w:before="0" w:line="197" w:lineRule="auto"/>
            </w:pPr>
            <w:r>
              <w:rPr>
                <w:sz w:val="11"/>
              </w:rPr>
              <w:t>Compass Family Journeys, LLC Arizona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Arizona · NYS licensed · 5.0★ · Est.2017 · 5.0★ · Cost: $140–$165 · Match: 4–6 mo</w:t>
            </w:r>
          </w:p>
        </w:tc>
      </w:tr>
      <w:tr>
        <w:tc>
          <w:tcPr>
            <w:tcW w:type="dxa" w:w="547"/>
            <w:vAlign w:val="center"/>
          </w:tcPr>
          <w:p>
            <w:pPr>
              <w:spacing w:after="0" w:before="0" w:line="197" w:lineRule="auto"/>
              <w:jc w:val="center"/>
            </w:pPr>
            <w:r>
              <w:rPr>
                <w:sz w:val="11"/>
              </w:rPr>
              <w:t>#40</w:t>
            </w:r>
          </w:p>
        </w:tc>
        <w:tc>
          <w:tcPr>
            <w:tcW w:type="dxa" w:w="2232"/>
            <w:vAlign w:val="center"/>
          </w:tcPr>
          <w:p>
            <w:pPr>
              <w:spacing w:after="0" w:before="0" w:line="197" w:lineRule="auto"/>
            </w:pPr>
            <w:r>
              <w:rPr>
                <w:sz w:val="11"/>
              </w:rPr>
              <w:t>Egg Donor &amp;amp; Surrogate Solutions, LLC Maryland</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NYS licensed · Est.2016 · 4.8★ · Cost: $145–$170 · Match: 4–6 mo</w:t>
            </w:r>
          </w:p>
        </w:tc>
      </w:tr>
      <w:tr>
        <w:tc>
          <w:tcPr>
            <w:tcW w:type="dxa" w:w="547"/>
            <w:vAlign w:val="center"/>
          </w:tcPr>
          <w:p>
            <w:pPr>
              <w:spacing w:after="0" w:before="0" w:line="197" w:lineRule="auto"/>
              <w:jc w:val="center"/>
            </w:pPr>
            <w:r>
              <w:rPr>
                <w:sz w:val="11"/>
              </w:rPr>
              <w:t>#41</w:t>
            </w:r>
          </w:p>
        </w:tc>
        <w:tc>
          <w:tcPr>
            <w:tcW w:type="dxa" w:w="2232"/>
            <w:vAlign w:val="center"/>
          </w:tcPr>
          <w:p>
            <w:pPr>
              <w:spacing w:after="0" w:before="0" w:line="197" w:lineRule="auto"/>
            </w:pPr>
            <w:r>
              <w:rPr>
                <w:sz w:val="11"/>
              </w:rPr>
              <w:t>Family Creations LLC Georgia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NYS licensed · Est.2015 · 4.9★ · Cost: $145–$165 · Match: 3–5 mo</w:t>
            </w:r>
          </w:p>
        </w:tc>
      </w:tr>
      <w:tr>
        <w:tc>
          <w:tcPr>
            <w:tcW w:type="dxa" w:w="547"/>
            <w:vAlign w:val="center"/>
          </w:tcPr>
          <w:p>
            <w:pPr>
              <w:spacing w:after="0" w:before="0" w:line="197" w:lineRule="auto"/>
              <w:jc w:val="center"/>
            </w:pPr>
            <w:r>
              <w:rPr>
                <w:sz w:val="11"/>
              </w:rPr>
              <w:t>#42</w:t>
            </w:r>
          </w:p>
        </w:tc>
        <w:tc>
          <w:tcPr>
            <w:tcW w:type="dxa" w:w="2232"/>
            <w:vAlign w:val="center"/>
          </w:tcPr>
          <w:p>
            <w:pPr>
              <w:spacing w:after="0" w:before="0" w:line="197" w:lineRule="auto"/>
            </w:pPr>
            <w:r>
              <w:rPr>
                <w:sz w:val="11"/>
              </w:rPr>
              <w:t>Family Makers Surrogacy Agency, LLC Georgia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NYS licensed · Est.2015 · 4.9★ · Cost: $145–$165 · Match: 3–5 mo</w:t>
            </w:r>
          </w:p>
        </w:tc>
      </w:tr>
      <w:tr>
        <w:tc>
          <w:tcPr>
            <w:tcW w:type="dxa" w:w="547"/>
            <w:vAlign w:val="center"/>
          </w:tcPr>
          <w:p>
            <w:pPr>
              <w:spacing w:after="0" w:before="0" w:line="197" w:lineRule="auto"/>
              <w:jc w:val="center"/>
            </w:pPr>
            <w:r>
              <w:rPr>
                <w:sz w:val="11"/>
              </w:rPr>
              <w:t>#43</w:t>
            </w:r>
          </w:p>
        </w:tc>
        <w:tc>
          <w:tcPr>
            <w:tcW w:type="dxa" w:w="2232"/>
            <w:vAlign w:val="center"/>
          </w:tcPr>
          <w:p>
            <w:pPr>
              <w:spacing w:after="0" w:before="0" w:line="197" w:lineRule="auto"/>
            </w:pPr>
            <w:r>
              <w:rPr>
                <w:sz w:val="11"/>
              </w:rPr>
              <w:t>Family Source Consultants, LLC Illinois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NYS licensed · 5.0★ · Est.2010 · 5.0★ · Cost: $150–$175 · Match: 4–8 mo</w:t>
            </w:r>
          </w:p>
        </w:tc>
      </w:tr>
      <w:tr>
        <w:tc>
          <w:tcPr>
            <w:tcW w:type="dxa" w:w="547"/>
            <w:vAlign w:val="center"/>
          </w:tcPr>
          <w:p>
            <w:pPr>
              <w:spacing w:after="0" w:before="0" w:line="197" w:lineRule="auto"/>
              <w:jc w:val="center"/>
            </w:pPr>
            <w:r>
              <w:rPr>
                <w:sz w:val="11"/>
              </w:rPr>
              <w:t>#44</w:t>
            </w:r>
          </w:p>
        </w:tc>
        <w:tc>
          <w:tcPr>
            <w:tcW w:type="dxa" w:w="2232"/>
            <w:vAlign w:val="center"/>
          </w:tcPr>
          <w:p>
            <w:pPr>
              <w:spacing w:after="0" w:before="0" w:line="197" w:lineRule="auto"/>
            </w:pPr>
            <w:r>
              <w:rPr>
                <w:sz w:val="11"/>
              </w:rPr>
              <w:t>Genesis Rising LLC Nevada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NYS licensed · 4.0★ 4 reviews · Est.2018 · 4.0★ · Cost: $140–$165 · Match: 4–6 mo</w:t>
            </w:r>
          </w:p>
        </w:tc>
      </w:tr>
      <w:tr>
        <w:tc>
          <w:tcPr>
            <w:tcW w:type="dxa" w:w="547"/>
            <w:vAlign w:val="center"/>
          </w:tcPr>
          <w:p>
            <w:pPr>
              <w:spacing w:after="0" w:before="0" w:line="197" w:lineRule="auto"/>
              <w:jc w:val="center"/>
            </w:pPr>
            <w:r>
              <w:rPr>
                <w:sz w:val="11"/>
              </w:rPr>
              <w:t>#45</w:t>
            </w:r>
          </w:p>
        </w:tc>
        <w:tc>
          <w:tcPr>
            <w:tcW w:type="dxa" w:w="2232"/>
            <w:vAlign w:val="center"/>
          </w:tcPr>
          <w:p>
            <w:pPr>
              <w:spacing w:after="0" w:before="0" w:line="197" w:lineRule="auto"/>
            </w:pPr>
            <w:r>
              <w:rPr>
                <w:sz w:val="11"/>
              </w:rPr>
              <w:t>Guided Surrogacy Pennsylvania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NYS licensed · Est.2016 · 4.8★ · Cost: $145–$170 · Match: 4–6 mo</w:t>
            </w:r>
          </w:p>
        </w:tc>
      </w:tr>
      <w:tr>
        <w:tc>
          <w:tcPr>
            <w:tcW w:type="dxa" w:w="547"/>
            <w:vAlign w:val="center"/>
          </w:tcPr>
          <w:p>
            <w:pPr>
              <w:spacing w:after="0" w:before="0" w:line="197" w:lineRule="auto"/>
              <w:jc w:val="center"/>
            </w:pPr>
            <w:r>
              <w:rPr>
                <w:sz w:val="11"/>
              </w:rPr>
              <w:t>#46</w:t>
            </w:r>
          </w:p>
        </w:tc>
        <w:tc>
          <w:tcPr>
            <w:tcW w:type="dxa" w:w="2232"/>
            <w:vAlign w:val="center"/>
          </w:tcPr>
          <w:p>
            <w:pPr>
              <w:spacing w:after="0" w:before="0" w:line="197" w:lineRule="auto"/>
            </w:pPr>
            <w:r>
              <w:rPr>
                <w:sz w:val="11"/>
              </w:rPr>
              <w:t>Hope Through Surrogacy, Inc. New York</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Est.2017 · 4.8★ · Cost: $145–$170 · Match: 4–6 mo</w:t>
            </w:r>
          </w:p>
        </w:tc>
      </w:tr>
      <w:tr>
        <w:tc>
          <w:tcPr>
            <w:tcW w:type="dxa" w:w="547"/>
            <w:vAlign w:val="center"/>
          </w:tcPr>
          <w:p>
            <w:pPr>
              <w:spacing w:after="0" w:before="0" w:line="197" w:lineRule="auto"/>
              <w:jc w:val="center"/>
            </w:pPr>
            <w:r>
              <w:rPr>
                <w:sz w:val="11"/>
              </w:rPr>
              <w:t>#47</w:t>
            </w:r>
          </w:p>
        </w:tc>
        <w:tc>
          <w:tcPr>
            <w:tcW w:type="dxa" w:w="2232"/>
            <w:vAlign w:val="center"/>
          </w:tcPr>
          <w:p>
            <w:pPr>
              <w:spacing w:after="0" w:before="0" w:line="197" w:lineRule="auto"/>
            </w:pPr>
            <w:r>
              <w:rPr>
                <w:sz w:val="11"/>
              </w:rPr>
              <w:t>Joy of Life Surrogacy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Southern CA · NYS licensed GSP250101 · 250+ journeys · Est.2020 · 4.9★ · Cost: $130–$160 · Match: 3–5 mo</w:t>
            </w:r>
          </w:p>
        </w:tc>
      </w:tr>
      <w:tr>
        <w:tc>
          <w:tcPr>
            <w:tcW w:type="dxa" w:w="547"/>
            <w:vAlign w:val="center"/>
          </w:tcPr>
          <w:p>
            <w:pPr>
              <w:spacing w:after="0" w:before="0" w:line="197" w:lineRule="auto"/>
              <w:jc w:val="center"/>
            </w:pPr>
            <w:r>
              <w:rPr>
                <w:sz w:val="11"/>
              </w:rPr>
              <w:t>#48</w:t>
            </w:r>
          </w:p>
        </w:tc>
        <w:tc>
          <w:tcPr>
            <w:tcW w:type="dxa" w:w="2232"/>
            <w:vAlign w:val="center"/>
          </w:tcPr>
          <w:p>
            <w:pPr>
              <w:spacing w:after="0" w:before="0" w:line="197" w:lineRule="auto"/>
            </w:pPr>
            <w:r>
              <w:rPr>
                <w:sz w:val="11"/>
              </w:rPr>
              <w:t>Love &amp;amp; Beyond Consulting, LLC NYS licensed GS211016</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GS211016 · Chinese investor · Est.2021 · — · Cost: $150 · Match: 5 mo</w:t>
            </w:r>
          </w:p>
        </w:tc>
      </w:tr>
      <w:tr>
        <w:tc>
          <w:tcPr>
            <w:tcW w:type="dxa" w:w="547"/>
            <w:vAlign w:val="center"/>
          </w:tcPr>
          <w:p>
            <w:pPr>
              <w:spacing w:after="0" w:before="0" w:line="197" w:lineRule="auto"/>
              <w:jc w:val="center"/>
            </w:pPr>
            <w:r>
              <w:rPr>
                <w:sz w:val="11"/>
              </w:rPr>
              <w:t>#49</w:t>
            </w:r>
          </w:p>
        </w:tc>
        <w:tc>
          <w:tcPr>
            <w:tcW w:type="dxa" w:w="2232"/>
            <w:vAlign w:val="center"/>
          </w:tcPr>
          <w:p>
            <w:pPr>
              <w:spacing w:after="0" w:before="0" w:line="197" w:lineRule="auto"/>
            </w:pPr>
            <w:r>
              <w:rPr>
                <w:sz w:val="11"/>
              </w:rPr>
              <w:t>New York Surrogacy Center, LLC New York</w:t>
            </w:r>
          </w:p>
        </w:tc>
        <w:tc>
          <w:tcPr>
            <w:tcW w:type="dxa" w:w="648"/>
            <w:vAlign w:val="center"/>
          </w:tcPr>
          <w:p>
            <w:pPr>
              <w:spacing w:after="0" w:before="0" w:line="197" w:lineRule="auto"/>
              <w:jc w:val="center"/>
            </w:pPr>
            <w:r>
              <w:rPr>
                <w:sz w:val="11"/>
              </w:rPr>
              <w:t>NY</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5.0★ · Est.2015 · 5.0★ · Cost: $150–$175 · Match: 3–5 mo</w:t>
            </w:r>
          </w:p>
        </w:tc>
      </w:tr>
      <w:tr>
        <w:tc>
          <w:tcPr>
            <w:tcW w:type="dxa" w:w="547"/>
            <w:vAlign w:val="center"/>
          </w:tcPr>
          <w:p>
            <w:pPr>
              <w:spacing w:after="0" w:before="0" w:line="197" w:lineRule="auto"/>
              <w:jc w:val="center"/>
            </w:pPr>
            <w:r>
              <w:rPr>
                <w:sz w:val="11"/>
              </w:rPr>
              <w:t>#50</w:t>
            </w:r>
          </w:p>
        </w:tc>
        <w:tc>
          <w:tcPr>
            <w:tcW w:type="dxa" w:w="2232"/>
            <w:vAlign w:val="center"/>
          </w:tcPr>
          <w:p>
            <w:pPr>
              <w:spacing w:after="0" w:before="0" w:line="197" w:lineRule="auto"/>
            </w:pPr>
            <w:r>
              <w:rPr>
                <w:sz w:val="11"/>
              </w:rPr>
              <w:t>Nodal Health, Inc. 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USA · NYS licensed · Physician-founded (Dr. Brian Levine) · Tech platform · Est.2021 · — · Cost: $140–$170 · Match: 4–6</w:t>
            </w:r>
          </w:p>
        </w:tc>
      </w:tr>
      <w:tr>
        <w:tc>
          <w:tcPr>
            <w:tcW w:type="dxa" w:w="547"/>
            <w:vAlign w:val="center"/>
          </w:tcPr>
          <w:p>
            <w:pPr>
              <w:spacing w:after="0" w:before="0" w:line="197" w:lineRule="auto"/>
              <w:jc w:val="center"/>
            </w:pPr>
            <w:r>
              <w:rPr>
                <w:sz w:val="11"/>
              </w:rPr>
              <w:t>#51</w:t>
            </w:r>
          </w:p>
        </w:tc>
        <w:tc>
          <w:tcPr>
            <w:tcW w:type="dxa" w:w="2232"/>
            <w:vAlign w:val="center"/>
          </w:tcPr>
          <w:p>
            <w:pPr>
              <w:spacing w:after="0" w:before="0" w:line="197" w:lineRule="auto"/>
            </w:pPr>
            <w:r>
              <w:rPr>
                <w:sz w:val="11"/>
              </w:rPr>
              <w:t>Rite Options Surrogacy Inc. New York</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Est.2018 · 4.8★ · Cost: $140–$165 · Match: 4–6 mo</w:t>
            </w:r>
          </w:p>
        </w:tc>
      </w:tr>
      <w:tr>
        <w:tc>
          <w:tcPr>
            <w:tcW w:type="dxa" w:w="547"/>
            <w:vAlign w:val="center"/>
          </w:tcPr>
          <w:p>
            <w:pPr>
              <w:spacing w:after="0" w:before="0" w:line="197" w:lineRule="auto"/>
              <w:jc w:val="center"/>
            </w:pPr>
            <w:r>
              <w:rPr>
                <w:sz w:val="11"/>
              </w:rPr>
              <w:t>#52</w:t>
            </w:r>
          </w:p>
        </w:tc>
        <w:tc>
          <w:tcPr>
            <w:tcW w:type="dxa" w:w="2232"/>
            <w:vAlign w:val="center"/>
          </w:tcPr>
          <w:p>
            <w:pPr>
              <w:spacing w:after="0" w:before="0" w:line="197" w:lineRule="auto"/>
            </w:pPr>
            <w:r>
              <w:rPr>
                <w:sz w:val="11"/>
              </w:rPr>
              <w:t>Roots Surrogacy California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NYS licensed GSP220902 · Est.2015 · 4.8★ · Cost: $155 · Match: 4 mo</w:t>
            </w:r>
          </w:p>
        </w:tc>
      </w:tr>
      <w:tr>
        <w:tc>
          <w:tcPr>
            <w:tcW w:type="dxa" w:w="547"/>
            <w:vAlign w:val="center"/>
          </w:tcPr>
          <w:p>
            <w:pPr>
              <w:spacing w:after="0" w:before="0" w:line="197" w:lineRule="auto"/>
              <w:jc w:val="center"/>
            </w:pPr>
            <w:r>
              <w:rPr>
                <w:sz w:val="11"/>
              </w:rPr>
              <w:t>#53</w:t>
            </w:r>
          </w:p>
        </w:tc>
        <w:tc>
          <w:tcPr>
            <w:tcW w:type="dxa" w:w="2232"/>
            <w:vAlign w:val="center"/>
          </w:tcPr>
          <w:p>
            <w:pPr>
              <w:spacing w:after="0" w:before="0" w:line="197" w:lineRule="auto"/>
            </w:pPr>
            <w:r>
              <w:rPr>
                <w:sz w:val="11"/>
              </w:rPr>
              <w:t>Surrogacy Journey Consulting, LLC NYS licensed</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#54</w:t>
            </w:r>
          </w:p>
        </w:tc>
        <w:tc>
          <w:tcPr>
            <w:tcW w:type="dxa" w:w="2232"/>
            <w:vAlign w:val="center"/>
          </w:tcPr>
          <w:p>
            <w:pPr>
              <w:spacing w:after="0" w:before="0" w:line="197" w:lineRule="auto"/>
            </w:pPr>
            <w:r>
              <w:rPr>
                <w:sz w:val="11"/>
              </w:rPr>
              <w:t>Surrogate Steps, LLC Maryland</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NYS licensed · Est.2016 · 4.8★ · Cost: $145–$170 · Match: 4–6 mo</w:t>
            </w:r>
          </w:p>
        </w:tc>
      </w:tr>
      <w:tr>
        <w:tc>
          <w:tcPr>
            <w:tcW w:type="dxa" w:w="547"/>
            <w:vAlign w:val="center"/>
          </w:tcPr>
          <w:p>
            <w:pPr>
              <w:spacing w:after="0" w:before="0" w:line="197" w:lineRule="auto"/>
              <w:jc w:val="center"/>
            </w:pPr>
            <w:r>
              <w:rPr>
                <w:sz w:val="11"/>
              </w:rPr>
              <w:t>#55</w:t>
            </w:r>
          </w:p>
        </w:tc>
        <w:tc>
          <w:tcPr>
            <w:tcW w:type="dxa" w:w="2232"/>
            <w:vAlign w:val="center"/>
          </w:tcPr>
          <w:p>
            <w:pPr>
              <w:spacing w:after="0" w:before="0" w:line="197" w:lineRule="auto"/>
            </w:pPr>
            <w:r>
              <w:rPr>
                <w:sz w:val="11"/>
              </w:rPr>
              <w:t>SurrogateFirst California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NYS licensed GS211014 · 4.7★ 13 reviews · Est.2018 · 4.7★ · Cost: $140–$165 · Match: 3–5 mo</w:t>
            </w:r>
          </w:p>
        </w:tc>
      </w:tr>
      <w:tr>
        <w:tc>
          <w:tcPr>
            <w:tcW w:type="dxa" w:w="547"/>
            <w:vAlign w:val="center"/>
          </w:tcPr>
          <w:p>
            <w:pPr>
              <w:spacing w:after="0" w:before="0" w:line="197" w:lineRule="auto"/>
              <w:jc w:val="center"/>
            </w:pPr>
            <w:r>
              <w:rPr>
                <w:sz w:val="11"/>
              </w:rPr>
              <w:t>#56</w:t>
            </w:r>
          </w:p>
        </w:tc>
        <w:tc>
          <w:tcPr>
            <w:tcW w:type="dxa" w:w="2232"/>
            <w:vAlign w:val="center"/>
          </w:tcPr>
          <w:p>
            <w:pPr>
              <w:spacing w:after="0" w:before="0" w:line="197" w:lineRule="auto"/>
            </w:pPr>
            <w:r>
              <w:rPr>
                <w:sz w:val="11"/>
              </w:rPr>
              <w:t>Vermont Surrogacy Network LLC Vermont</w:t>
            </w:r>
          </w:p>
        </w:tc>
        <w:tc>
          <w:tcPr>
            <w:tcW w:type="dxa" w:w="648"/>
            <w:vAlign w:val="center"/>
          </w:tcPr>
          <w:p>
            <w:pPr>
              <w:spacing w:after="0" w:before="0" w:line="197" w:lineRule="auto"/>
              <w:jc w:val="center"/>
            </w:pPr>
            <w:r>
              <w:rPr>
                <w:sz w:val="11"/>
              </w:rPr>
              <w:t>VT</w:t>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59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Vermont · NYS licensed · Est.2014 · 4.8★ · Cost: $145–$170 · Match: 6–9 mo</w:t>
            </w:r>
          </w:p>
        </w:tc>
      </w:tr>
      <w:tr>
        <w:tc>
          <w:tcPr>
            <w:tcW w:type="dxa" w:w="547"/>
            <w:vAlign w:val="center"/>
          </w:tcPr>
          <w:p>
            <w:pPr>
              <w:spacing w:after="0" w:before="0" w:line="197" w:lineRule="auto"/>
              <w:jc w:val="center"/>
            </w:pPr>
            <w:r>
              <w:rPr>
                <w:sz w:val="11"/>
              </w:rPr>
              <w:t>#57</w:t>
            </w:r>
          </w:p>
        </w:tc>
        <w:tc>
          <w:tcPr>
            <w:tcW w:type="dxa" w:w="2232"/>
            <w:vAlign w:val="center"/>
          </w:tcPr>
          <w:p>
            <w:pPr>
              <w:spacing w:after="0" w:before="0" w:line="197" w:lineRule="auto"/>
            </w:pPr>
            <w:r>
              <w:rPr>
                <w:sz w:val="11"/>
              </w:rPr>
              <w:t>Your Fertility Advocate, Inc. California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NYS licensed · Est.2016 · 4.8★ · Cost: $140–$165 · Match: 4–6 mo</w:t>
            </w:r>
          </w:p>
        </w:tc>
      </w:tr>
      <w:tr>
        <w:tc>
          <w:tcPr>
            <w:tcW w:type="dxa" w:w="547"/>
            <w:vAlign w:val="center"/>
          </w:tcPr>
          <w:p>
            <w:pPr>
              <w:spacing w:after="0" w:before="0" w:line="197" w:lineRule="auto"/>
              <w:jc w:val="center"/>
            </w:pPr>
            <w:r>
              <w:rPr>
                <w:sz w:val="11"/>
              </w:rPr>
              <w:t>#58</w:t>
            </w:r>
          </w:p>
        </w:tc>
        <w:tc>
          <w:tcPr>
            <w:tcW w:type="dxa" w:w="2232"/>
            <w:vAlign w:val="center"/>
          </w:tcPr>
          <w:p>
            <w:pPr>
              <w:spacing w:after="0" w:before="0" w:line="197" w:lineRule="auto"/>
            </w:pPr>
            <w:r>
              <w:rPr>
                <w:sz w:val="11"/>
              </w:rPr>
              <w:t>ACRC Global Surrogacy (ACRC Global)</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3</w:t>
            </w:r>
          </w:p>
        </w:tc>
        <w:tc>
          <w:tcPr>
            <w:tcW w:type="dxa" w:w="619"/>
            <w:vAlign w:val="center"/>
          </w:tcPr>
          <w:p>
            <w:pPr>
              <w:spacing w:after="0" w:before="0" w:line="197" w:lineRule="auto"/>
              <w:jc w:val="center"/>
            </w:pPr>
            <w:r>
              <w:rPr>
                <w:sz w:val="11"/>
              </w:rPr>
              <w:t>63</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2026 · International specialty · Est.2019 · 4.8★ · Cost: $140–$165 · Match: 4–6 mo</w:t>
            </w:r>
          </w:p>
        </w:tc>
      </w:tr>
      <w:tr>
        <w:tc>
          <w:tcPr>
            <w:tcW w:type="dxa" w:w="547"/>
            <w:vAlign w:val="center"/>
          </w:tcPr>
          <w:p>
            <w:pPr>
              <w:spacing w:after="0" w:before="0" w:line="197" w:lineRule="auto"/>
              <w:jc w:val="center"/>
            </w:pPr>
            <w:r>
              <w:rPr>
                <w:sz w:val="11"/>
              </w:rPr>
              <w:t>#59</w:t>
            </w:r>
          </w:p>
        </w:tc>
        <w:tc>
          <w:tcPr>
            <w:tcW w:type="dxa" w:w="2232"/>
            <w:vAlign w:val="center"/>
          </w:tcPr>
          <w:p>
            <w:pPr>
              <w:spacing w:after="0" w:before="0" w:line="197" w:lineRule="auto"/>
            </w:pPr>
            <w:r>
              <w:rPr>
                <w:sz w:val="11"/>
              </w:rPr>
              <w:t>3 Sisters SurrogacyHouston TX + NJ</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Houston TX + NJ · Partner: The Donor Solution · Est.2010 · 4.8★ · Cost: $130 · Match: 3–6 mo</w:t>
            </w:r>
          </w:p>
        </w:tc>
      </w:tr>
      <w:tr>
        <w:tc>
          <w:tcPr>
            <w:tcW w:type="dxa" w:w="547"/>
            <w:vAlign w:val="center"/>
          </w:tcPr>
          <w:p>
            <w:pPr>
              <w:spacing w:after="0" w:before="0" w:line="197" w:lineRule="auto"/>
              <w:jc w:val="center"/>
            </w:pPr>
            <w:r>
              <w:rPr>
                <w:sz w:val="11"/>
              </w:rPr>
              <w:t>#60</w:t>
            </w:r>
          </w:p>
        </w:tc>
        <w:tc>
          <w:tcPr>
            <w:tcW w:type="dxa" w:w="2232"/>
            <w:vAlign w:val="center"/>
          </w:tcPr>
          <w:p>
            <w:pPr>
              <w:spacing w:after="0" w:before="0" w:line="197" w:lineRule="auto"/>
            </w:pPr>
            <w:r>
              <w:rPr>
                <w:sz w:val="11"/>
              </w:rPr>
              <w:t>Accel ConceptionsEl</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El Cajon CA · 5.0★ 3 reviews · Est.2019 · 5.0★ · Cost: No info · Match: No info</w:t>
            </w:r>
          </w:p>
        </w:tc>
      </w:tr>
      <w:tr>
        <w:tc>
          <w:tcPr>
            <w:tcW w:type="dxa" w:w="547"/>
            <w:vAlign w:val="center"/>
          </w:tcPr>
          <w:p>
            <w:pPr>
              <w:spacing w:after="0" w:before="0" w:line="197" w:lineRule="auto"/>
              <w:jc w:val="center"/>
            </w:pPr>
            <w:r>
              <w:rPr>
                <w:sz w:val="11"/>
              </w:rPr>
              <w:t>#61</w:t>
            </w:r>
          </w:p>
        </w:tc>
        <w:tc>
          <w:tcPr>
            <w:tcW w:type="dxa" w:w="2232"/>
            <w:vAlign w:val="center"/>
          </w:tcPr>
          <w:p>
            <w:pPr>
              <w:spacing w:after="0" w:before="0" w:line="197" w:lineRule="auto"/>
            </w:pPr>
            <w:r>
              <w:rPr>
                <w:sz w:val="11"/>
              </w:rPr>
              <w:t>Adoption Choices / Surrogacy ChoicesNevada</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NV/CO · Also handles adoption · Est.2010 · 4.2★ · Cost: No info · Match: No info</w:t>
            </w:r>
          </w:p>
        </w:tc>
      </w:tr>
      <w:tr>
        <w:tc>
          <w:tcPr>
            <w:tcW w:type="dxa" w:w="547"/>
            <w:vAlign w:val="center"/>
          </w:tcPr>
          <w:p>
            <w:pPr>
              <w:spacing w:after="0" w:before="0" w:line="197" w:lineRule="auto"/>
              <w:jc w:val="center"/>
            </w:pPr>
            <w:r>
              <w:rPr>
                <w:sz w:val="11"/>
              </w:rPr>
              <w:t>#62</w:t>
            </w:r>
          </w:p>
        </w:tc>
        <w:tc>
          <w:tcPr>
            <w:tcW w:type="dxa" w:w="2232"/>
            <w:vAlign w:val="center"/>
          </w:tcPr>
          <w:p>
            <w:pPr>
              <w:spacing w:after="0" w:before="0" w:line="197" w:lineRule="auto"/>
            </w:pPr>
            <w:r>
              <w:rPr>
                <w:sz w:val="11"/>
              </w:rPr>
              <w:t>All Families SurrogacyBeaverton, OR</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1</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Beaverton OR · BBB Business of Year 2017 · Est.2014 · 4.7★ · Cost: $160 · Match: 12 mo</w:t>
            </w:r>
          </w:p>
        </w:tc>
      </w:tr>
      <w:tr>
        <w:tc>
          <w:tcPr>
            <w:tcW w:type="dxa" w:w="547"/>
            <w:vAlign w:val="center"/>
          </w:tcPr>
          <w:p>
            <w:pPr>
              <w:spacing w:after="0" w:before="0" w:line="197" w:lineRule="auto"/>
              <w:jc w:val="center"/>
            </w:pPr>
            <w:r>
              <w:rPr>
                <w:sz w:val="11"/>
              </w:rPr>
              <w:t>#63</w:t>
            </w:r>
          </w:p>
        </w:tc>
        <w:tc>
          <w:tcPr>
            <w:tcW w:type="dxa" w:w="2232"/>
            <w:vAlign w:val="center"/>
          </w:tcPr>
          <w:p>
            <w:pPr>
              <w:spacing w:after="0" w:before="0" w:line="197" w:lineRule="auto"/>
            </w:pPr>
            <w:r>
              <w:rPr>
                <w:sz w:val="11"/>
              </w:rPr>
              <w:t>All Love SurrogacyValencia,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Valencia CA · New 2023 · MHB GPAP II · Est.2023 · 5.0★ · Cost: $150 · Match: 4 mo</w:t>
            </w:r>
          </w:p>
        </w:tc>
      </w:tr>
      <w:tr>
        <w:tc>
          <w:tcPr>
            <w:tcW w:type="dxa" w:w="547"/>
            <w:vAlign w:val="center"/>
          </w:tcPr>
          <w:p>
            <w:pPr>
              <w:spacing w:after="0" w:before="0" w:line="197" w:lineRule="auto"/>
              <w:jc w:val="center"/>
            </w:pPr>
            <w:r>
              <w:rPr>
                <w:sz w:val="11"/>
              </w:rPr>
              <w:t>#64</w:t>
            </w:r>
          </w:p>
        </w:tc>
        <w:tc>
          <w:tcPr>
            <w:tcW w:type="dxa" w:w="2232"/>
            <w:vAlign w:val="center"/>
          </w:tcPr>
          <w:p>
            <w:pPr>
              <w:spacing w:after="0" w:before="0" w:line="197" w:lineRule="auto"/>
            </w:pPr>
            <w:r>
              <w:rPr>
                <w:sz w:val="11"/>
              </w:rPr>
              <w:t>Alma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SurrogacyNetwork listed · Est.No info · — · Cost: No info · Match: No info</w:t>
            </w:r>
          </w:p>
        </w:tc>
      </w:tr>
      <w:tr>
        <w:tc>
          <w:tcPr>
            <w:tcW w:type="dxa" w:w="547"/>
            <w:vAlign w:val="center"/>
          </w:tcPr>
          <w:p>
            <w:pPr>
              <w:spacing w:after="0" w:before="0" w:line="197" w:lineRule="auto"/>
              <w:jc w:val="center"/>
            </w:pPr>
            <w:r>
              <w:rPr>
                <w:sz w:val="11"/>
              </w:rPr>
              <w:t>#65</w:t>
            </w:r>
          </w:p>
        </w:tc>
        <w:tc>
          <w:tcPr>
            <w:tcW w:type="dxa" w:w="2232"/>
            <w:vAlign w:val="center"/>
          </w:tcPr>
          <w:p>
            <w:pPr>
              <w:spacing w:after="0" w:before="0" w:line="197" w:lineRule="auto"/>
            </w:pPr>
            <w:r>
              <w:rPr>
                <w:sz w:val="11"/>
              </w:rPr>
              <w:t>ART Parenting / Reproductive Assistance Inc.USA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Ohio · Est.No info · — · Cost: No info · Match: No info</w:t>
            </w:r>
          </w:p>
        </w:tc>
      </w:tr>
      <w:tr>
        <w:tc>
          <w:tcPr>
            <w:tcW w:type="dxa" w:w="547"/>
            <w:vAlign w:val="center"/>
          </w:tcPr>
          <w:p>
            <w:pPr>
              <w:spacing w:after="0" w:before="0" w:line="197" w:lineRule="auto"/>
              <w:jc w:val="center"/>
            </w:pPr>
            <w:r>
              <w:rPr>
                <w:sz w:val="11"/>
              </w:rPr>
              <w:t>#66</w:t>
            </w:r>
          </w:p>
        </w:tc>
        <w:tc>
          <w:tcPr>
            <w:tcW w:type="dxa" w:w="2232"/>
            <w:vAlign w:val="center"/>
          </w:tcPr>
          <w:p>
            <w:pPr>
              <w:spacing w:after="0" w:before="0" w:line="197" w:lineRule="auto"/>
            </w:pPr>
            <w:r>
              <w:rPr>
                <w:sz w:val="11"/>
              </w:rPr>
              <w:t>Babies Made with Love, LLCTorrance,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Torrance CA · Est.2013 · Est.2013 · 4.3★ · Cost: No info · Match: 3 mo</w:t>
            </w:r>
          </w:p>
        </w:tc>
      </w:tr>
      <w:tr>
        <w:tc>
          <w:tcPr>
            <w:tcW w:type="dxa" w:w="547"/>
            <w:vAlign w:val="center"/>
          </w:tcPr>
          <w:p>
            <w:pPr>
              <w:spacing w:after="0" w:before="0" w:line="197" w:lineRule="auto"/>
              <w:jc w:val="center"/>
            </w:pPr>
            <w:r>
              <w:rPr>
                <w:sz w:val="11"/>
              </w:rPr>
              <w:t>#67</w:t>
            </w:r>
          </w:p>
        </w:tc>
        <w:tc>
          <w:tcPr>
            <w:tcW w:type="dxa" w:w="2232"/>
            <w:vAlign w:val="center"/>
          </w:tcPr>
          <w:p>
            <w:pPr>
              <w:spacing w:after="0" w:before="0" w:line="197" w:lineRule="auto"/>
            </w:pPr>
            <w:r>
              <w:rPr>
                <w:sz w:val="11"/>
              </w:rPr>
              <w:t>Bliss Surrogacy Los AngelesLos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Los Angeles CA · Founded by former intended parent Sara · Est.No info · 4.7★ · Cost: No info · Match: No info</w:t>
            </w:r>
          </w:p>
        </w:tc>
      </w:tr>
      <w:tr>
        <w:tc>
          <w:tcPr>
            <w:tcW w:type="dxa" w:w="547"/>
            <w:vAlign w:val="center"/>
          </w:tcPr>
          <w:p>
            <w:pPr>
              <w:spacing w:after="0" w:before="0" w:line="197" w:lineRule="auto"/>
              <w:jc w:val="center"/>
            </w:pPr>
            <w:r>
              <w:rPr>
                <w:sz w:val="11"/>
              </w:rPr>
              <w:t>#68</w:t>
            </w:r>
          </w:p>
        </w:tc>
        <w:tc>
          <w:tcPr>
            <w:tcW w:type="dxa" w:w="2232"/>
            <w:vAlign w:val="center"/>
          </w:tcPr>
          <w:p>
            <w:pPr>
              <w:spacing w:after="0" w:before="0" w:line="197" w:lineRule="auto"/>
            </w:pPr>
            <w:r>
              <w:rPr>
                <w:sz w:val="11"/>
              </w:rPr>
              <w:t>Blossom California SurrogacyIrvine, CA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Irvine CA · Full service + egg donation · Est.2019 · 5.0★ · Cost: No info · Match: 4 mo</w:t>
            </w:r>
          </w:p>
        </w:tc>
      </w:tr>
      <w:tr>
        <w:tc>
          <w:tcPr>
            <w:tcW w:type="dxa" w:w="547"/>
            <w:vAlign w:val="center"/>
          </w:tcPr>
          <w:p>
            <w:pPr>
              <w:spacing w:after="0" w:before="0" w:line="197" w:lineRule="auto"/>
              <w:jc w:val="center"/>
            </w:pPr>
            <w:r>
              <w:rPr>
                <w:sz w:val="11"/>
              </w:rPr>
              <w:t>#69</w:t>
            </w:r>
          </w:p>
        </w:tc>
        <w:tc>
          <w:tcPr>
            <w:tcW w:type="dxa" w:w="2232"/>
            <w:vAlign w:val="center"/>
          </w:tcPr>
          <w:p>
            <w:pPr>
              <w:spacing w:after="0" w:before="0" w:line="197" w:lineRule="auto"/>
            </w:pPr>
            <w:r>
              <w:rPr>
                <w:sz w:val="11"/>
              </w:rPr>
              <w:t>Boutique SurrogacyCalifornia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Boutique model · Est.No info · — · Cost: No info · Match: No info</w:t>
            </w:r>
          </w:p>
        </w:tc>
      </w:tr>
      <w:tr>
        <w:tc>
          <w:tcPr>
            <w:tcW w:type="dxa" w:w="547"/>
            <w:vAlign w:val="center"/>
          </w:tcPr>
          <w:p>
            <w:pPr>
              <w:spacing w:after="0" w:before="0" w:line="197" w:lineRule="auto"/>
              <w:jc w:val="center"/>
            </w:pPr>
            <w:r>
              <w:rPr>
                <w:sz w:val="11"/>
              </w:rPr>
              <w:t>#70</w:t>
            </w:r>
          </w:p>
        </w:tc>
        <w:tc>
          <w:tcPr>
            <w:tcW w:type="dxa" w:w="2232"/>
            <w:vAlign w:val="center"/>
          </w:tcPr>
          <w:p>
            <w:pPr>
              <w:spacing w:after="0" w:before="0" w:line="197" w:lineRule="auto"/>
            </w:pPr>
            <w:r>
              <w:rPr>
                <w:sz w:val="11"/>
              </w:rPr>
              <w:t>California Baby ConsultingOnline</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35</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Online · Chinese entrepreneur · Est.2018 · — · Cost: $180 · Match: No info</w:t>
            </w:r>
          </w:p>
        </w:tc>
      </w:tr>
      <w:tr>
        <w:tc>
          <w:tcPr>
            <w:tcW w:type="dxa" w:w="547"/>
            <w:vAlign w:val="center"/>
          </w:tcPr>
          <w:p>
            <w:pPr>
              <w:spacing w:after="0" w:before="0" w:line="197" w:lineRule="auto"/>
              <w:jc w:val="center"/>
            </w:pPr>
            <w:r>
              <w:rPr>
                <w:sz w:val="11"/>
              </w:rPr>
              <w:t>#71</w:t>
            </w:r>
          </w:p>
        </w:tc>
        <w:tc>
          <w:tcPr>
            <w:tcW w:type="dxa" w:w="2232"/>
            <w:vAlign w:val="center"/>
          </w:tcPr>
          <w:p>
            <w:pPr>
              <w:spacing w:after="0" w:before="0" w:line="197" w:lineRule="auto"/>
            </w:pPr>
            <w:r>
              <w:rPr>
                <w:sz w:val="11"/>
              </w:rPr>
              <w:t>California Surrogate AgencyLos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Los Angeles CA · Est.No info · — · Cost: No info · Match: No info</w:t>
            </w:r>
          </w:p>
        </w:tc>
      </w:tr>
      <w:tr>
        <w:tc>
          <w:tcPr>
            <w:tcW w:type="dxa" w:w="547"/>
            <w:vAlign w:val="center"/>
          </w:tcPr>
          <w:p>
            <w:pPr>
              <w:spacing w:after="0" w:before="0" w:line="197" w:lineRule="auto"/>
              <w:jc w:val="center"/>
            </w:pPr>
            <w:r>
              <w:rPr>
                <w:sz w:val="11"/>
              </w:rPr>
              <w:t>#72</w:t>
            </w:r>
          </w:p>
        </w:tc>
        <w:tc>
          <w:tcPr>
            <w:tcW w:type="dxa" w:w="2232"/>
            <w:vAlign w:val="center"/>
          </w:tcPr>
          <w:p>
            <w:pPr>
              <w:spacing w:after="0" w:before="0" w:line="197" w:lineRule="auto"/>
            </w:pPr>
            <w:r>
              <w:rPr>
                <w:sz w:val="11"/>
              </w:rPr>
              <w:t>Canadian Surrogacy OptionsEst.1992</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33</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1</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Canada program · Est.1992 · 18-mo avg match · Est.1992 · 2.5★ · Cost: No info · Match: 18 mo</w:t>
            </w:r>
          </w:p>
        </w:tc>
      </w:tr>
      <w:tr>
        <w:tc>
          <w:tcPr>
            <w:tcW w:type="dxa" w:w="547"/>
            <w:vAlign w:val="center"/>
          </w:tcPr>
          <w:p>
            <w:pPr>
              <w:spacing w:after="0" w:before="0" w:line="197" w:lineRule="auto"/>
              <w:jc w:val="center"/>
            </w:pPr>
            <w:r>
              <w:rPr>
                <w:sz w:val="11"/>
              </w:rPr>
              <w:t>#73</w:t>
            </w:r>
          </w:p>
        </w:tc>
        <w:tc>
          <w:tcPr>
            <w:tcW w:type="dxa" w:w="2232"/>
            <w:vAlign w:val="center"/>
          </w:tcPr>
          <w:p>
            <w:pPr>
              <w:spacing w:after="0" w:before="0" w:line="197" w:lineRule="auto"/>
            </w:pPr>
            <w:r>
              <w:rPr>
                <w:sz w:val="11"/>
              </w:rPr>
              <w:t>Carrying HopeEst.2019</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North Carolina · Former surrogate team · Est.2019 · 5.0★ · Cost: $180 · Match: No info</w:t>
            </w:r>
          </w:p>
        </w:tc>
      </w:tr>
      <w:tr>
        <w:tc>
          <w:tcPr>
            <w:tcW w:type="dxa" w:w="547"/>
            <w:vAlign w:val="center"/>
          </w:tcPr>
          <w:p>
            <w:pPr>
              <w:spacing w:after="0" w:before="0" w:line="197" w:lineRule="auto"/>
              <w:jc w:val="center"/>
            </w:pPr>
            <w:r>
              <w:rPr>
                <w:sz w:val="11"/>
              </w:rPr>
              <w:t>#74</w:t>
            </w:r>
          </w:p>
        </w:tc>
        <w:tc>
          <w:tcPr>
            <w:tcW w:type="dxa" w:w="2232"/>
            <w:vAlign w:val="center"/>
          </w:tcPr>
          <w:p>
            <w:pPr>
              <w:spacing w:after="0" w:before="0" w:line="197" w:lineRule="auto"/>
            </w:pPr>
            <w:r>
              <w:rPr>
                <w:sz w:val="11"/>
              </w:rPr>
              <w:t>Choice Surrogacy, Inc.Rancho Mirage, CA +</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Rancho Mirage CA + Wimberley TX · 4.5★ 16 reviews · Est.2010 · 4.5★ · Cost: $160 · Match: 3–6 mo</w:t>
            </w:r>
          </w:p>
        </w:tc>
      </w:tr>
      <w:tr>
        <w:tc>
          <w:tcPr>
            <w:tcW w:type="dxa" w:w="547"/>
            <w:vAlign w:val="center"/>
          </w:tcPr>
          <w:p>
            <w:pPr>
              <w:spacing w:after="0" w:before="0" w:line="197" w:lineRule="auto"/>
              <w:jc w:val="center"/>
            </w:pPr>
            <w:r>
              <w:rPr>
                <w:sz w:val="11"/>
              </w:rPr>
              <w:t>#75</w:t>
            </w:r>
          </w:p>
        </w:tc>
        <w:tc>
          <w:tcPr>
            <w:tcW w:type="dxa" w:w="2232"/>
            <w:vAlign w:val="center"/>
          </w:tcPr>
          <w:p>
            <w:pPr>
              <w:spacing w:after="0" w:before="0" w:line="197" w:lineRule="auto"/>
            </w:pPr>
            <w:r>
              <w:rPr>
                <w:sz w:val="11"/>
              </w:rPr>
              <w:t>Circle of Life Surrogacy, LLCSunriver, OR</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Sunriver OR · Founder: 3× surrogate · Reduced fees · Est.2014 · 4.8★ · Cost: No info · Match: No info</w:t>
            </w:r>
          </w:p>
        </w:tc>
      </w:tr>
      <w:tr>
        <w:tc>
          <w:tcPr>
            <w:tcW w:type="dxa" w:w="547"/>
            <w:vAlign w:val="center"/>
          </w:tcPr>
          <w:p>
            <w:pPr>
              <w:spacing w:after="0" w:before="0" w:line="197" w:lineRule="auto"/>
              <w:jc w:val="center"/>
            </w:pPr>
            <w:r>
              <w:rPr>
                <w:sz w:val="11"/>
              </w:rPr>
              <w:t>#76</w:t>
            </w:r>
          </w:p>
        </w:tc>
        <w:tc>
          <w:tcPr>
            <w:tcW w:type="dxa" w:w="2232"/>
            <w:vAlign w:val="center"/>
          </w:tcPr>
          <w:p>
            <w:pPr>
              <w:spacing w:after="0" w:before="0" w:line="197" w:lineRule="auto"/>
            </w:pPr>
            <w:r>
              <w:rPr>
                <w:sz w:val="11"/>
              </w:rPr>
              <w:t>Clover ConceptionsNewport</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Newport Beach CA · MHB GPAP · Est.2019 · 4.8★ · Cost: No info · Match: No info</w:t>
            </w:r>
          </w:p>
        </w:tc>
      </w:tr>
      <w:tr>
        <w:tc>
          <w:tcPr>
            <w:tcW w:type="dxa" w:w="547"/>
            <w:vAlign w:val="center"/>
          </w:tcPr>
          <w:p>
            <w:pPr>
              <w:spacing w:after="0" w:before="0" w:line="197" w:lineRule="auto"/>
              <w:jc w:val="center"/>
            </w:pPr>
            <w:r>
              <w:rPr>
                <w:sz w:val="11"/>
              </w:rPr>
              <w:t>#77</w:t>
            </w:r>
          </w:p>
        </w:tc>
        <w:tc>
          <w:tcPr>
            <w:tcW w:type="dxa" w:w="2232"/>
            <w:vAlign w:val="center"/>
          </w:tcPr>
          <w:p>
            <w:pPr>
              <w:spacing w:after="0" w:before="0" w:line="197" w:lineRule="auto"/>
            </w:pPr>
            <w:r>
              <w:rPr>
                <w:sz w:val="11"/>
              </w:rPr>
              <w:t>Combaby SurrogacyDallas, TX</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Dallas TX · GoStork listed · Est.2018 · 4.7★ · Cost: No info · Match: No info</w:t>
            </w:r>
          </w:p>
        </w:tc>
      </w:tr>
      <w:tr>
        <w:tc>
          <w:tcPr>
            <w:tcW w:type="dxa" w:w="547"/>
            <w:vAlign w:val="center"/>
          </w:tcPr>
          <w:p>
            <w:pPr>
              <w:spacing w:after="0" w:before="0" w:line="197" w:lineRule="auto"/>
              <w:jc w:val="center"/>
            </w:pPr>
            <w:r>
              <w:rPr>
                <w:sz w:val="11"/>
              </w:rPr>
              <w:t>#78</w:t>
            </w:r>
          </w:p>
        </w:tc>
        <w:tc>
          <w:tcPr>
            <w:tcW w:type="dxa" w:w="2232"/>
            <w:vAlign w:val="center"/>
          </w:tcPr>
          <w:p>
            <w:pPr>
              <w:spacing w:after="0" w:before="0" w:line="197" w:lineRule="auto"/>
            </w:pPr>
            <w:r>
              <w:rPr>
                <w:sz w:val="11"/>
              </w:rPr>
              <w:t>Compassionate Beginnings SurrogacyCovington, KY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Covington KY / Ohio · GoStork listed · Est.No info · 4.8★ · Cost: No info · Match: No info</w:t>
            </w:r>
          </w:p>
        </w:tc>
      </w:tr>
      <w:tr>
        <w:tc>
          <w:tcPr>
            <w:tcW w:type="dxa" w:w="547"/>
            <w:vAlign w:val="center"/>
          </w:tcPr>
          <w:p>
            <w:pPr>
              <w:spacing w:after="0" w:before="0" w:line="197" w:lineRule="auto"/>
              <w:jc w:val="center"/>
            </w:pPr>
            <w:r>
              <w:rPr>
                <w:sz w:val="11"/>
              </w:rPr>
              <w:t>#79</w:t>
            </w:r>
          </w:p>
        </w:tc>
        <w:tc>
          <w:tcPr>
            <w:tcW w:type="dxa" w:w="2232"/>
            <w:vAlign w:val="center"/>
          </w:tcPr>
          <w:p>
            <w:pPr>
              <w:spacing w:after="0" w:before="0" w:line="197" w:lineRule="auto"/>
            </w:pPr>
            <w:r>
              <w:rPr>
                <w:sz w:val="11"/>
              </w:rPr>
              <w:t>Conceive With GraceUSA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#80</w:t>
            </w:r>
          </w:p>
        </w:tc>
        <w:tc>
          <w:tcPr>
            <w:tcW w:type="dxa" w:w="2232"/>
            <w:vAlign w:val="center"/>
          </w:tcPr>
          <w:p>
            <w:pPr>
              <w:spacing w:after="0" w:before="0" w:line="197" w:lineRule="auto"/>
            </w:pPr>
            <w:r>
              <w:rPr>
                <w:sz w:val="11"/>
              </w:rPr>
              <w:t>Conceptual Options, LLCSan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San Diego CA · Est.~2005 · Full-service · Est.2005 · 4.7★ · Cost: No info · Match: No info</w:t>
            </w:r>
          </w:p>
        </w:tc>
      </w:tr>
      <w:tr>
        <w:tc>
          <w:tcPr>
            <w:tcW w:type="dxa" w:w="547"/>
            <w:vAlign w:val="center"/>
          </w:tcPr>
          <w:p>
            <w:pPr>
              <w:spacing w:after="0" w:before="0" w:line="197" w:lineRule="auto"/>
              <w:jc w:val="center"/>
            </w:pPr>
            <w:r>
              <w:rPr>
                <w:sz w:val="11"/>
              </w:rPr>
              <w:t>#81</w:t>
            </w:r>
          </w:p>
        </w:tc>
        <w:tc>
          <w:tcPr>
            <w:tcW w:type="dxa" w:w="2232"/>
            <w:vAlign w:val="center"/>
          </w:tcPr>
          <w:p>
            <w:pPr>
              <w:spacing w:after="0" w:before="0" w:line="197" w:lineRule="auto"/>
            </w:pPr>
            <w:r>
              <w:rPr>
                <w:sz w:val="11"/>
              </w:rPr>
              <w:t>Creative Conception, Inc.Mission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Mission Viejo CA · Est.1995 · MHB GPAP · Est.1995 · 3.9★ · Cost: $150 · Match: 6 mo</w:t>
            </w:r>
          </w:p>
        </w:tc>
      </w:tr>
      <w:tr>
        <w:tc>
          <w:tcPr>
            <w:tcW w:type="dxa" w:w="547"/>
            <w:vAlign w:val="center"/>
          </w:tcPr>
          <w:p>
            <w:pPr>
              <w:spacing w:after="0" w:before="0" w:line="197" w:lineRule="auto"/>
              <w:jc w:val="center"/>
            </w:pPr>
            <w:r>
              <w:rPr>
                <w:sz w:val="11"/>
              </w:rPr>
              <w:t>#82</w:t>
            </w:r>
          </w:p>
        </w:tc>
        <w:tc>
          <w:tcPr>
            <w:tcW w:type="dxa" w:w="2232"/>
            <w:vAlign w:val="center"/>
          </w:tcPr>
          <w:p>
            <w:pPr>
              <w:spacing w:after="0" w:before="0" w:line="197" w:lineRule="auto"/>
            </w:pPr>
            <w:r>
              <w:rPr>
                <w:sz w:val="11"/>
              </w:rPr>
              <w:t>Donate or SurrogateBeverly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1</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Beverly Hills CA · Est.2006 · Low reviews · Est.2006 · 2.3★ · Cost: No info · Match: No info</w:t>
            </w:r>
          </w:p>
        </w:tc>
      </w:tr>
      <w:tr>
        <w:tc>
          <w:tcPr>
            <w:tcW w:type="dxa" w:w="547"/>
            <w:vAlign w:val="center"/>
          </w:tcPr>
          <w:p>
            <w:pPr>
              <w:spacing w:after="0" w:before="0" w:line="197" w:lineRule="auto"/>
              <w:jc w:val="center"/>
            </w:pPr>
            <w:r>
              <w:rPr>
                <w:sz w:val="11"/>
              </w:rPr>
              <w:t>#83</w:t>
            </w:r>
          </w:p>
        </w:tc>
        <w:tc>
          <w:tcPr>
            <w:tcW w:type="dxa" w:w="2232"/>
            <w:vAlign w:val="center"/>
          </w:tcPr>
          <w:p>
            <w:pPr>
              <w:spacing w:after="0" w:before="0" w:line="197" w:lineRule="auto"/>
            </w:pPr>
            <w:r>
              <w:rPr>
                <w:sz w:val="11"/>
              </w:rPr>
              <w:t>Dreamweaver Surrogacy &amp;amp; Egg DonationLos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Los Angeles CA · Former surrogate · Est.No info · — · Cost: No info · Match: No info</w:t>
            </w:r>
          </w:p>
        </w:tc>
      </w:tr>
      <w:tr>
        <w:tc>
          <w:tcPr>
            <w:tcW w:type="dxa" w:w="547"/>
            <w:vAlign w:val="center"/>
          </w:tcPr>
          <w:p>
            <w:pPr>
              <w:spacing w:after="0" w:before="0" w:line="197" w:lineRule="auto"/>
              <w:jc w:val="center"/>
            </w:pPr>
            <w:r>
              <w:rPr>
                <w:sz w:val="11"/>
              </w:rPr>
              <w:t>#84</w:t>
            </w:r>
          </w:p>
        </w:tc>
        <w:tc>
          <w:tcPr>
            <w:tcW w:type="dxa" w:w="2232"/>
            <w:vAlign w:val="center"/>
          </w:tcPr>
          <w:p>
            <w:pPr>
              <w:spacing w:after="0" w:before="0" w:line="197" w:lineRule="auto"/>
            </w:pPr>
            <w:r>
              <w:rPr>
                <w:sz w:val="11"/>
              </w:rPr>
              <w:t>Egg Donor &amp;amp; Surrogacy Institute (EDSI)Beverly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#85</w:t>
            </w:r>
          </w:p>
        </w:tc>
        <w:tc>
          <w:tcPr>
            <w:tcW w:type="dxa" w:w="2232"/>
            <w:vAlign w:val="center"/>
          </w:tcPr>
          <w:p>
            <w:pPr>
              <w:spacing w:after="0" w:before="0" w:line="197" w:lineRule="auto"/>
            </w:pPr>
            <w:r>
              <w:rPr>
                <w:sz w:val="11"/>
              </w:rPr>
              <w:t>Eggceptional Fertility / Eggceptional SurrogatesDalton, GA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Dalton GA · Est.2008 · 2-month match · Est.2008 · 4.8★ · Cost: No info · Match: 2 mo</w:t>
            </w:r>
          </w:p>
        </w:tc>
      </w:tr>
      <w:tr>
        <w:tc>
          <w:tcPr>
            <w:tcW w:type="dxa" w:w="547"/>
            <w:vAlign w:val="center"/>
          </w:tcPr>
          <w:p>
            <w:pPr>
              <w:spacing w:after="0" w:before="0" w:line="197" w:lineRule="auto"/>
              <w:jc w:val="center"/>
            </w:pPr>
            <w:r>
              <w:rPr>
                <w:sz w:val="11"/>
              </w:rPr>
              <w:t>#86</w:t>
            </w:r>
          </w:p>
        </w:tc>
        <w:tc>
          <w:tcPr>
            <w:tcW w:type="dxa" w:w="2232"/>
            <w:vAlign w:val="center"/>
          </w:tcPr>
          <w:p>
            <w:pPr>
              <w:spacing w:after="0" w:before="0" w:line="197" w:lineRule="auto"/>
            </w:pPr>
            <w:r>
              <w:rPr>
                <w:sz w:val="11"/>
              </w:rPr>
              <w:t>ElevateBaby LLCLas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Las Vegas NV · Egg donor + surrogacy · Est.No info · 4.7★ · Cost: No info · Match: No info</w:t>
            </w:r>
          </w:p>
        </w:tc>
      </w:tr>
      <w:tr>
        <w:tc>
          <w:tcPr>
            <w:tcW w:type="dxa" w:w="547"/>
            <w:vAlign w:val="center"/>
          </w:tcPr>
          <w:p>
            <w:pPr>
              <w:spacing w:after="0" w:before="0" w:line="197" w:lineRule="auto"/>
              <w:jc w:val="center"/>
            </w:pPr>
            <w:r>
              <w:rPr>
                <w:sz w:val="11"/>
              </w:rPr>
              <w:t>#87</w:t>
            </w:r>
          </w:p>
        </w:tc>
        <w:tc>
          <w:tcPr>
            <w:tcW w:type="dxa" w:w="2232"/>
            <w:vAlign w:val="center"/>
          </w:tcPr>
          <w:p>
            <w:pPr>
              <w:spacing w:after="0" w:before="0" w:line="197" w:lineRule="auto"/>
            </w:pPr>
            <w:r>
              <w:rPr>
                <w:sz w:val="11"/>
              </w:rPr>
              <w:t>Elevated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#88</w:t>
            </w:r>
          </w:p>
        </w:tc>
        <w:tc>
          <w:tcPr>
            <w:tcW w:type="dxa" w:w="2232"/>
            <w:vAlign w:val="center"/>
          </w:tcPr>
          <w:p>
            <w:pPr>
              <w:spacing w:after="0" w:before="0" w:line="197" w:lineRule="auto"/>
            </w:pPr>
            <w:r>
              <w:rPr>
                <w:sz w:val="11"/>
              </w:rPr>
              <w:t>Elite Fertility Solutions / Elite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#89</w:t>
            </w:r>
          </w:p>
        </w:tc>
        <w:tc>
          <w:tcPr>
            <w:tcW w:type="dxa" w:w="2232"/>
            <w:vAlign w:val="center"/>
          </w:tcPr>
          <w:p>
            <w:pPr>
              <w:spacing w:after="0" w:before="0" w:line="197" w:lineRule="auto"/>
            </w:pPr>
            <w:r>
              <w:rPr>
                <w:sz w:val="11"/>
              </w:rPr>
              <w:t>Embrace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#90</w:t>
            </w:r>
          </w:p>
        </w:tc>
        <w:tc>
          <w:tcPr>
            <w:tcW w:type="dxa" w:w="2232"/>
            <w:vAlign w:val="center"/>
          </w:tcPr>
          <w:p>
            <w:pPr>
              <w:spacing w:after="0" w:before="0" w:line="197" w:lineRule="auto"/>
            </w:pPr>
            <w:r>
              <w:rPr>
                <w:sz w:val="11"/>
              </w:rPr>
              <w:t>Emmy Life CenterCalifornia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39</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Est.2010 · 800+ families · Chinese market · Owns CSC platform · Est.2010 · 4.7★ · Cost: No info · Match: No</w:t>
            </w:r>
          </w:p>
        </w:tc>
      </w:tr>
      <w:tr>
        <w:tc>
          <w:tcPr>
            <w:tcW w:type="dxa" w:w="547"/>
            <w:vAlign w:val="center"/>
          </w:tcPr>
          <w:p>
            <w:pPr>
              <w:spacing w:after="0" w:before="0" w:line="197" w:lineRule="auto"/>
              <w:jc w:val="center"/>
            </w:pPr>
            <w:r>
              <w:rPr>
                <w:sz w:val="11"/>
              </w:rPr>
              <w:t>#91</w:t>
            </w:r>
          </w:p>
        </w:tc>
        <w:tc>
          <w:tcPr>
            <w:tcW w:type="dxa" w:w="2232"/>
            <w:vAlign w:val="center"/>
          </w:tcPr>
          <w:p>
            <w:pPr>
              <w:spacing w:after="0" w:before="0" w:line="197" w:lineRule="auto"/>
            </w:pPr>
            <w:r>
              <w:rPr>
                <w:sz w:val="11"/>
              </w:rPr>
              <w:t>Fairfax SurrogacyBethesda, MD</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Bethesda MD · Est.1984 · 5.0★ · Est.1984 · 5.0★ · Cost: $180 · Match: 6 mo</w:t>
            </w:r>
          </w:p>
        </w:tc>
      </w:tr>
      <w:tr>
        <w:tc>
          <w:tcPr>
            <w:tcW w:type="dxa" w:w="547"/>
            <w:vAlign w:val="center"/>
          </w:tcPr>
          <w:p>
            <w:pPr>
              <w:spacing w:after="0" w:before="0" w:line="197" w:lineRule="auto"/>
              <w:jc w:val="center"/>
            </w:pPr>
            <w:r>
              <w:rPr>
                <w:sz w:val="11"/>
              </w:rPr>
              <w:t>#92</w:t>
            </w:r>
          </w:p>
        </w:tc>
        <w:tc>
          <w:tcPr>
            <w:tcW w:type="dxa" w:w="2232"/>
            <w:vAlign w:val="center"/>
          </w:tcPr>
          <w:p>
            <w:pPr>
              <w:spacing w:after="0" w:before="0" w:line="197" w:lineRule="auto"/>
            </w:pPr>
            <w:r>
              <w:rPr>
                <w:sz w:val="11"/>
              </w:rPr>
              <w:t>Family Choice SurrogacyFishers, IN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Rancho Mirage CA + Wimberley TX · 4.5★ 16 reviews · Est.2010 · 4.5★ · Cost: $160 · Match: 3–6 mo</w:t>
            </w:r>
          </w:p>
        </w:tc>
      </w:tr>
      <w:tr>
        <w:tc>
          <w:tcPr>
            <w:tcW w:type="dxa" w:w="547"/>
            <w:vAlign w:val="center"/>
          </w:tcPr>
          <w:p>
            <w:pPr>
              <w:spacing w:after="0" w:before="0" w:line="197" w:lineRule="auto"/>
              <w:jc w:val="center"/>
            </w:pPr>
            <w:r>
              <w:rPr>
                <w:sz w:val="11"/>
              </w:rPr>
              <w:t>#93</w:t>
            </w:r>
          </w:p>
        </w:tc>
        <w:tc>
          <w:tcPr>
            <w:tcW w:type="dxa" w:w="2232"/>
            <w:vAlign w:val="center"/>
          </w:tcPr>
          <w:p>
            <w:pPr>
              <w:spacing w:after="0" w:before="0" w:line="197" w:lineRule="auto"/>
            </w:pPr>
            <w:r>
              <w:rPr>
                <w:sz w:val="11"/>
              </w:rPr>
              <w:t>Family Creations LLCLos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NYS licensed · Est.2015 · 4.9★ · Cost: $145–$165 · Match: 3–5 mo</w:t>
            </w:r>
          </w:p>
        </w:tc>
      </w:tr>
      <w:tr>
        <w:tc>
          <w:tcPr>
            <w:tcW w:type="dxa" w:w="547"/>
            <w:vAlign w:val="center"/>
          </w:tcPr>
          <w:p>
            <w:pPr>
              <w:spacing w:after="0" w:before="0" w:line="197" w:lineRule="auto"/>
              <w:jc w:val="center"/>
            </w:pPr>
            <w:r>
              <w:rPr>
                <w:sz w:val="11"/>
              </w:rPr>
              <w:t>#94</w:t>
            </w:r>
          </w:p>
        </w:tc>
        <w:tc>
          <w:tcPr>
            <w:tcW w:type="dxa" w:w="2232"/>
            <w:vAlign w:val="center"/>
          </w:tcPr>
          <w:p>
            <w:pPr>
              <w:spacing w:after="0" w:before="0" w:line="197" w:lineRule="auto"/>
            </w:pPr>
            <w:r>
              <w:rPr>
                <w:sz w:val="11"/>
              </w:rPr>
              <w:t>Family Formers SurrogacyPalm</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Palm Beach Gardens FL · Est.2011 · Est.2011 · 4.8★ · Cost: No info · Match: 8 mo</w:t>
            </w:r>
          </w:p>
        </w:tc>
      </w:tr>
      <w:tr>
        <w:tc>
          <w:tcPr>
            <w:tcW w:type="dxa" w:w="547"/>
            <w:vAlign w:val="center"/>
          </w:tcPr>
          <w:p>
            <w:pPr>
              <w:spacing w:after="0" w:before="0" w:line="197" w:lineRule="auto"/>
              <w:jc w:val="center"/>
            </w:pPr>
            <w:r>
              <w:rPr>
                <w:sz w:val="11"/>
              </w:rPr>
              <w:t>#95</w:t>
            </w:r>
          </w:p>
        </w:tc>
        <w:tc>
          <w:tcPr>
            <w:tcW w:type="dxa" w:w="2232"/>
            <w:vAlign w:val="center"/>
          </w:tcPr>
          <w:p>
            <w:pPr>
              <w:spacing w:after="0" w:before="0" w:line="197" w:lineRule="auto"/>
            </w:pPr>
            <w:r>
              <w:rPr>
                <w:sz w:val="11"/>
              </w:rPr>
              <w:t>Family Forward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SurrogacyNetwork listed · Est.No info · — · Cost: No info · Match: No info</w:t>
            </w:r>
          </w:p>
        </w:tc>
      </w:tr>
      <w:tr>
        <w:tc>
          <w:tcPr>
            <w:tcW w:type="dxa" w:w="547"/>
            <w:vAlign w:val="center"/>
          </w:tcPr>
          <w:p>
            <w:pPr>
              <w:spacing w:after="0" w:before="0" w:line="197" w:lineRule="auto"/>
              <w:jc w:val="center"/>
            </w:pPr>
            <w:r>
              <w:rPr>
                <w:sz w:val="11"/>
              </w:rPr>
              <w:t>#96</w:t>
            </w:r>
          </w:p>
        </w:tc>
        <w:tc>
          <w:tcPr>
            <w:tcW w:type="dxa" w:w="2232"/>
            <w:vAlign w:val="center"/>
          </w:tcPr>
          <w:p>
            <w:pPr>
              <w:spacing w:after="0" w:before="0" w:line="197" w:lineRule="auto"/>
            </w:pPr>
            <w:r>
              <w:rPr>
                <w:sz w:val="11"/>
              </w:rPr>
              <w:t>Fertile Ground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#97</w:t>
            </w:r>
          </w:p>
        </w:tc>
        <w:tc>
          <w:tcPr>
            <w:tcW w:type="dxa" w:w="2232"/>
            <w:vAlign w:val="center"/>
          </w:tcPr>
          <w:p>
            <w:pPr>
              <w:spacing w:after="0" w:before="0" w:line="197" w:lineRule="auto"/>
            </w:pPr>
            <w:r>
              <w:rPr>
                <w:sz w:val="11"/>
              </w:rPr>
              <w:t>Fertility Source CompaniesMission Viejo/Santa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1</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Mission Viejo/Santa Rosa CA + IL + MA + NYC · Est.2003 · MHB GPAP · Est.2003 · 4.6★ · Cost: $180 · Match: 12 mo</w:t>
            </w:r>
          </w:p>
        </w:tc>
      </w:tr>
      <w:tr>
        <w:tc>
          <w:tcPr>
            <w:tcW w:type="dxa" w:w="547"/>
            <w:vAlign w:val="center"/>
          </w:tcPr>
          <w:p>
            <w:pPr>
              <w:spacing w:after="0" w:before="0" w:line="197" w:lineRule="auto"/>
              <w:jc w:val="center"/>
            </w:pPr>
            <w:r>
              <w:rPr>
                <w:sz w:val="11"/>
              </w:rPr>
              <w:t>#98</w:t>
            </w:r>
          </w:p>
        </w:tc>
        <w:tc>
          <w:tcPr>
            <w:tcW w:type="dxa" w:w="2232"/>
            <w:vAlign w:val="center"/>
          </w:tcPr>
          <w:p>
            <w:pPr>
              <w:spacing w:after="0" w:before="0" w:line="197" w:lineRule="auto"/>
            </w:pPr>
            <w:r>
              <w:rPr>
                <w:sz w:val="11"/>
              </w:rPr>
              <w:t>FindTheSurrogate (FTS)Danville,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Danville CA · Full-service · Est.No info · — · Cost: No info · Match: No info</w:t>
            </w:r>
          </w:p>
        </w:tc>
      </w:tr>
      <w:tr>
        <w:tc>
          <w:tcPr>
            <w:tcW w:type="dxa" w:w="547"/>
            <w:vAlign w:val="center"/>
          </w:tcPr>
          <w:p>
            <w:pPr>
              <w:spacing w:after="0" w:before="0" w:line="197" w:lineRule="auto"/>
              <w:jc w:val="center"/>
            </w:pPr>
            <w:r>
              <w:rPr>
                <w:sz w:val="11"/>
              </w:rPr>
              <w:t>#99</w:t>
            </w:r>
          </w:p>
        </w:tc>
        <w:tc>
          <w:tcPr>
            <w:tcW w:type="dxa" w:w="2232"/>
            <w:vAlign w:val="center"/>
          </w:tcPr>
          <w:p>
            <w:pPr>
              <w:spacing w:after="0" w:before="0" w:line="197" w:lineRule="auto"/>
            </w:pPr>
            <w:r>
              <w:rPr>
                <w:sz w:val="11"/>
              </w:rPr>
              <w:t>First Step FertilityIrvine,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1</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Mission Viejo/Santa Rosa CA + IL + MA + NYC · Est.2003 · MHB GPAP · Est.2003 · 4.6★ · Cost: $180 · Match: 12 mo</w:t>
            </w:r>
          </w:p>
        </w:tc>
      </w:tr>
      <w:tr>
        <w:tc>
          <w:tcPr>
            <w:tcW w:type="dxa" w:w="547"/>
            <w:vAlign w:val="center"/>
          </w:tcPr>
          <w:p>
            <w:pPr>
              <w:spacing w:after="0" w:before="0" w:line="197" w:lineRule="auto"/>
              <w:jc w:val="center"/>
            </w:pPr>
            <w:r>
              <w:rPr>
                <w:sz w:val="11"/>
              </w:rPr>
              <w:t>#100</w:t>
            </w:r>
          </w:p>
        </w:tc>
        <w:tc>
          <w:tcPr>
            <w:tcW w:type="dxa" w:w="2232"/>
            <w:vAlign w:val="center"/>
          </w:tcPr>
          <w:p>
            <w:pPr>
              <w:spacing w:after="0" w:before="0" w:line="197" w:lineRule="auto"/>
            </w:pPr>
            <w:r>
              <w:rPr>
                <w:sz w:val="11"/>
              </w:rPr>
              <w:t>Gestacy LLCEscondido,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Escondido CA · Est.2017 · Attorney-founded · MHB GPAP II · Est.2017 · 5.0★ · Cost: No info · Match: No info</w:t>
            </w:r>
          </w:p>
        </w:tc>
      </w:tr>
      <w:tr>
        <w:tc>
          <w:tcPr>
            <w:tcW w:type="dxa" w:w="547"/>
            <w:vAlign w:val="center"/>
          </w:tcPr>
          <w:p>
            <w:pPr>
              <w:spacing w:after="0" w:before="0" w:line="197" w:lineRule="auto"/>
              <w:jc w:val="center"/>
            </w:pPr>
            <w:r>
              <w:rPr>
                <w:sz w:val="11"/>
              </w:rPr>
              <w:t>#101</w:t>
            </w:r>
          </w:p>
        </w:tc>
        <w:tc>
          <w:tcPr>
            <w:tcW w:type="dxa" w:w="2232"/>
            <w:vAlign w:val="center"/>
          </w:tcPr>
          <w:p>
            <w:pPr>
              <w:spacing w:after="0" w:before="0" w:line="197" w:lineRule="auto"/>
            </w:pPr>
            <w:r>
              <w:rPr>
                <w:sz w:val="11"/>
              </w:rPr>
              <w:t>Gift of Life Surrogacy AgencySylvania, OH</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Sylvania OH · Est.2019 · 5.0★ 2 reviews SurrogacyNetwork · Est.2019 · 3.7★ · Cost: $180 · Match: No info</w:t>
            </w:r>
          </w:p>
        </w:tc>
      </w:tr>
      <w:tr>
        <w:tc>
          <w:tcPr>
            <w:tcW w:type="dxa" w:w="547"/>
            <w:vAlign w:val="center"/>
          </w:tcPr>
          <w:p>
            <w:pPr>
              <w:spacing w:after="0" w:before="0" w:line="197" w:lineRule="auto"/>
              <w:jc w:val="center"/>
            </w:pPr>
            <w:r>
              <w:rPr>
                <w:sz w:val="11"/>
              </w:rPr>
              <w:t>#102</w:t>
            </w:r>
          </w:p>
        </w:tc>
        <w:tc>
          <w:tcPr>
            <w:tcW w:type="dxa" w:w="2232"/>
            <w:vAlign w:val="center"/>
          </w:tcPr>
          <w:p>
            <w:pPr>
              <w:spacing w:after="0" w:before="0" w:line="197" w:lineRule="auto"/>
            </w:pPr>
            <w:r>
              <w:rPr>
                <w:sz w:val="11"/>
              </w:rPr>
              <w:t>Giving Tree Surrogacy &amp;amp; Egg DonationIrvine,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Irvine CA · Est.2015 · Chinese entrepreneur · Est.2015 · 4.4★ · Cost: No info · Match: No info</w:t>
            </w:r>
          </w:p>
        </w:tc>
      </w:tr>
      <w:tr>
        <w:tc>
          <w:tcPr>
            <w:tcW w:type="dxa" w:w="547"/>
            <w:vAlign w:val="center"/>
          </w:tcPr>
          <w:p>
            <w:pPr>
              <w:spacing w:after="0" w:before="0" w:line="197" w:lineRule="auto"/>
              <w:jc w:val="center"/>
            </w:pPr>
            <w:r>
              <w:rPr>
                <w:sz w:val="11"/>
              </w:rPr>
              <w:t>#103</w:t>
            </w:r>
          </w:p>
        </w:tc>
        <w:tc>
          <w:tcPr>
            <w:tcW w:type="dxa" w:w="2232"/>
            <w:vAlign w:val="center"/>
          </w:tcPr>
          <w:p>
            <w:pPr>
              <w:spacing w:after="0" w:before="0" w:line="197" w:lineRule="auto"/>
            </w:pPr>
            <w:r>
              <w:rPr>
                <w:sz w:val="11"/>
              </w:rPr>
              <w:t>Golden Gate SurrogacySan Francisco /</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San Francisco / Northern CA · Est.No info · — · Cost: No info · Match: No info</w:t>
            </w:r>
          </w:p>
        </w:tc>
      </w:tr>
      <w:tr>
        <w:tc>
          <w:tcPr>
            <w:tcW w:type="dxa" w:w="547"/>
            <w:vAlign w:val="center"/>
          </w:tcPr>
          <w:p>
            <w:pPr>
              <w:spacing w:after="0" w:before="0" w:line="197" w:lineRule="auto"/>
              <w:jc w:val="center"/>
            </w:pPr>
            <w:r>
              <w:rPr>
                <w:sz w:val="11"/>
              </w:rPr>
              <w:t>#104</w:t>
            </w:r>
          </w:p>
        </w:tc>
        <w:tc>
          <w:tcPr>
            <w:tcW w:type="dxa" w:w="2232"/>
            <w:vAlign w:val="center"/>
          </w:tcPr>
          <w:p>
            <w:pPr>
              <w:spacing w:after="0" w:before="0" w:line="197" w:lineRule="auto"/>
            </w:pPr>
            <w:r>
              <w:rPr>
                <w:sz w:val="11"/>
              </w:rPr>
              <w:t>Graceful Conception SurrogacyLake</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#105</w:t>
            </w:r>
          </w:p>
        </w:tc>
        <w:tc>
          <w:tcPr>
            <w:tcW w:type="dxa" w:w="2232"/>
            <w:vAlign w:val="center"/>
          </w:tcPr>
          <w:p>
            <w:pPr>
              <w:spacing w:after="0" w:before="0" w:line="197" w:lineRule="auto"/>
            </w:pPr>
            <w:r>
              <w:rPr>
                <w:sz w:val="11"/>
              </w:rPr>
              <w:t>Gracious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#106</w:t>
            </w:r>
          </w:p>
        </w:tc>
        <w:tc>
          <w:tcPr>
            <w:tcW w:type="dxa" w:w="2232"/>
            <w:vAlign w:val="center"/>
          </w:tcPr>
          <w:p>
            <w:pPr>
              <w:spacing w:after="0" w:before="0" w:line="197" w:lineRule="auto"/>
            </w:pPr>
            <w:r>
              <w:rPr>
                <w:sz w:val="11"/>
              </w:rPr>
              <w:t>Great Beginnings Surrogacy ServicesLa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La Jolla CA · Est.2000 · MD-associated (Dr. Samuel Wood MD PhD) · LGBTQ+ · Est.2000 · 4.8★ · Cost: $150 · Match: No info</w:t>
            </w:r>
          </w:p>
        </w:tc>
      </w:tr>
      <w:tr>
        <w:tc>
          <w:tcPr>
            <w:tcW w:type="dxa" w:w="547"/>
            <w:vAlign w:val="center"/>
          </w:tcPr>
          <w:p>
            <w:pPr>
              <w:spacing w:after="0" w:before="0" w:line="197" w:lineRule="auto"/>
              <w:jc w:val="center"/>
            </w:pPr>
            <w:r>
              <w:rPr>
                <w:sz w:val="11"/>
              </w:rPr>
              <w:t>#107</w:t>
            </w:r>
          </w:p>
        </w:tc>
        <w:tc>
          <w:tcPr>
            <w:tcW w:type="dxa" w:w="2232"/>
            <w:vAlign w:val="center"/>
          </w:tcPr>
          <w:p>
            <w:pPr>
              <w:spacing w:after="0" w:before="0" w:line="197" w:lineRule="auto"/>
            </w:pPr>
            <w:r>
              <w:rPr>
                <w:sz w:val="11"/>
              </w:rPr>
              <w:t>Harmony SurrogacySan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San Marino CA · GoStork listed · Est.No info · — · Cost: No info · Match: No info</w:t>
            </w:r>
          </w:p>
        </w:tc>
      </w:tr>
      <w:tr>
        <w:tc>
          <w:tcPr>
            <w:tcW w:type="dxa" w:w="547"/>
            <w:vAlign w:val="center"/>
          </w:tcPr>
          <w:p>
            <w:pPr>
              <w:spacing w:after="0" w:before="0" w:line="197" w:lineRule="auto"/>
              <w:jc w:val="center"/>
            </w:pPr>
            <w:r>
              <w:rPr>
                <w:sz w:val="11"/>
              </w:rPr>
              <w:t>#108</w:t>
            </w:r>
          </w:p>
        </w:tc>
        <w:tc>
          <w:tcPr>
            <w:tcW w:type="dxa" w:w="2232"/>
            <w:vAlign w:val="center"/>
          </w:tcPr>
          <w:p>
            <w:pPr>
              <w:spacing w:after="0" w:before="0" w:line="197" w:lineRule="auto"/>
            </w:pPr>
            <w:r>
              <w:rPr>
                <w:sz w:val="11"/>
              </w:rPr>
              <w:t>Heartfelt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#109</w:t>
            </w:r>
          </w:p>
        </w:tc>
        <w:tc>
          <w:tcPr>
            <w:tcW w:type="dxa" w:w="2232"/>
            <w:vAlign w:val="center"/>
          </w:tcPr>
          <w:p>
            <w:pPr>
              <w:spacing w:after="0" w:before="0" w:line="197" w:lineRule="auto"/>
            </w:pPr>
            <w:r>
              <w:rPr>
                <w:sz w:val="11"/>
              </w:rPr>
              <w:t>Hope SurrogacyMadison, WI</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Madison WI · Est.2017 · MHB GPAP · Est.2017 · — · Cost: No info · Match: No info</w:t>
            </w:r>
          </w:p>
        </w:tc>
      </w:tr>
      <w:tr>
        <w:tc>
          <w:tcPr>
            <w:tcW w:type="dxa" w:w="547"/>
            <w:vAlign w:val="center"/>
          </w:tcPr>
          <w:p>
            <w:pPr>
              <w:spacing w:after="0" w:before="0" w:line="197" w:lineRule="auto"/>
              <w:jc w:val="center"/>
            </w:pPr>
            <w:r>
              <w:rPr>
                <w:sz w:val="11"/>
              </w:rPr>
              <w:t>#110</w:t>
            </w:r>
          </w:p>
        </w:tc>
        <w:tc>
          <w:tcPr>
            <w:tcW w:type="dxa" w:w="2232"/>
            <w:vAlign w:val="center"/>
          </w:tcPr>
          <w:p>
            <w:pPr>
              <w:spacing w:after="0" w:before="0" w:line="197" w:lineRule="auto"/>
            </w:pPr>
            <w:r>
              <w:rPr>
                <w:sz w:val="11"/>
              </w:rPr>
              <w:t>IMA ART Fertility &amp;amp; SurrogacyBeverly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Beverly Hills CA · World's first Fertility Family Office · Luxury concierge · Est.No info · — · Cost: No info · Match: N</w:t>
            </w:r>
          </w:p>
        </w:tc>
      </w:tr>
      <w:tr>
        <w:tc>
          <w:tcPr>
            <w:tcW w:type="dxa" w:w="547"/>
            <w:vAlign w:val="center"/>
          </w:tcPr>
          <w:p>
            <w:pPr>
              <w:spacing w:after="0" w:before="0" w:line="197" w:lineRule="auto"/>
              <w:jc w:val="center"/>
            </w:pPr>
            <w:r>
              <w:rPr>
                <w:sz w:val="11"/>
              </w:rPr>
              <w:t>#111</w:t>
            </w:r>
          </w:p>
        </w:tc>
        <w:tc>
          <w:tcPr>
            <w:tcW w:type="dxa" w:w="2232"/>
            <w:vAlign w:val="center"/>
          </w:tcPr>
          <w:p>
            <w:pPr>
              <w:spacing w:after="0" w:before="0" w:line="197" w:lineRule="auto"/>
            </w:pPr>
            <w:r>
              <w:rPr>
                <w:sz w:val="11"/>
              </w:rPr>
              <w:t>Intermountain Surrogacy CollectiveUtah / Mountain West</w:t>
            </w:r>
          </w:p>
        </w:tc>
        <w:tc>
          <w:tcPr>
            <w:tcW w:type="dxa" w:w="648"/>
            <w:vAlign w:val="center"/>
          </w:tcPr>
          <w:p>
            <w:pPr>
              <w:spacing w:after="0" w:before="0" w:line="197" w:lineRule="auto"/>
              <w:jc w:val="center"/>
            </w:pPr>
            <w:r>
              <w:rPr>
                <w:sz w:val="11"/>
              </w:rPr>
              <w:t>UT</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Idaho · Utah / Mountain West region · Est.No info · — · Cost: No info · Match: No info</w:t>
            </w:r>
          </w:p>
        </w:tc>
      </w:tr>
      <w:tr>
        <w:tc>
          <w:tcPr>
            <w:tcW w:type="dxa" w:w="547"/>
            <w:vAlign w:val="center"/>
          </w:tcPr>
          <w:p>
            <w:pPr>
              <w:spacing w:after="0" w:before="0" w:line="197" w:lineRule="auto"/>
              <w:jc w:val="center"/>
            </w:pPr>
            <w:r>
              <w:rPr>
                <w:sz w:val="11"/>
              </w:rPr>
              <w:t>#112</w:t>
            </w:r>
          </w:p>
        </w:tc>
        <w:tc>
          <w:tcPr>
            <w:tcW w:type="dxa" w:w="2232"/>
            <w:vAlign w:val="center"/>
          </w:tcPr>
          <w:p>
            <w:pPr>
              <w:spacing w:after="0" w:before="0" w:line="197" w:lineRule="auto"/>
            </w:pPr>
            <w:r>
              <w:rPr>
                <w:sz w:val="11"/>
              </w:rPr>
              <w:t>International Surrogacy CenterMurrieta,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Murrieta CA · Est.2012 · Former surrogate · 5.0★ · Est.2012 · 5.0★ · Cost: $150 · Match: No info</w:t>
            </w:r>
          </w:p>
        </w:tc>
      </w:tr>
      <w:tr>
        <w:tc>
          <w:tcPr>
            <w:tcW w:type="dxa" w:w="547"/>
            <w:vAlign w:val="center"/>
          </w:tcPr>
          <w:p>
            <w:pPr>
              <w:spacing w:after="0" w:before="0" w:line="197" w:lineRule="auto"/>
              <w:jc w:val="center"/>
            </w:pPr>
            <w:r>
              <w:rPr>
                <w:sz w:val="11"/>
              </w:rPr>
              <w:t>#113</w:t>
            </w:r>
          </w:p>
        </w:tc>
        <w:tc>
          <w:tcPr>
            <w:tcW w:type="dxa" w:w="2232"/>
            <w:vAlign w:val="center"/>
          </w:tcPr>
          <w:p>
            <w:pPr>
              <w:spacing w:after="0" w:before="0" w:line="197" w:lineRule="auto"/>
            </w:pPr>
            <w:r>
              <w:rPr>
                <w:sz w:val="11"/>
              </w:rPr>
              <w:t>Ivy SurrogacyDiamond</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51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Diamond Bar CA · Est.2019 · Asian/Ivy League donors · Chinese/Spanish/English · MHB GPAP II · Est.2019 · 4.9★ · Cost: $1</w:t>
            </w:r>
          </w:p>
        </w:tc>
      </w:tr>
      <w:tr>
        <w:tc>
          <w:tcPr>
            <w:tcW w:type="dxa" w:w="547"/>
            <w:vAlign w:val="center"/>
          </w:tcPr>
          <w:p>
            <w:pPr>
              <w:spacing w:after="0" w:before="0" w:line="197" w:lineRule="auto"/>
              <w:jc w:val="center"/>
            </w:pPr>
            <w:r>
              <w:rPr>
                <w:sz w:val="11"/>
              </w:rPr>
              <w:t>#114</w:t>
            </w:r>
          </w:p>
        </w:tc>
        <w:tc>
          <w:tcPr>
            <w:tcW w:type="dxa" w:w="2232"/>
            <w:vAlign w:val="center"/>
          </w:tcPr>
          <w:p>
            <w:pPr>
              <w:spacing w:after="0" w:before="0" w:line="197" w:lineRule="auto"/>
            </w:pPr>
            <w:r>
              <w:rPr>
                <w:sz w:val="11"/>
              </w:rPr>
              <w:t>JBaby Japanese Egg Donor and Surrogacy AgencySherman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Sherman Oaks CA · Est.2012 · Japanese market · MHB GPAP II · Est.2012 · — · Cost: $160 · Match: No info</w:t>
            </w:r>
          </w:p>
        </w:tc>
      </w:tr>
      <w:tr>
        <w:tc>
          <w:tcPr>
            <w:tcW w:type="dxa" w:w="547"/>
            <w:vAlign w:val="center"/>
          </w:tcPr>
          <w:p>
            <w:pPr>
              <w:spacing w:after="0" w:before="0" w:line="197" w:lineRule="auto"/>
              <w:jc w:val="center"/>
            </w:pPr>
            <w:r>
              <w:rPr>
                <w:sz w:val="11"/>
              </w:rPr>
              <w:t>#115</w:t>
            </w:r>
          </w:p>
        </w:tc>
        <w:tc>
          <w:tcPr>
            <w:tcW w:type="dxa" w:w="2232"/>
            <w:vAlign w:val="center"/>
          </w:tcPr>
          <w:p>
            <w:pPr>
              <w:spacing w:after="0" w:before="0" w:line="197" w:lineRule="auto"/>
            </w:pPr>
            <w:r>
              <w:rPr>
                <w:sz w:val="11"/>
              </w:rPr>
              <w:t>Joyful Beginnings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#116</w:t>
            </w:r>
          </w:p>
        </w:tc>
        <w:tc>
          <w:tcPr>
            <w:tcW w:type="dxa" w:w="2232"/>
            <w:vAlign w:val="center"/>
          </w:tcPr>
          <w:p>
            <w:pPr>
              <w:spacing w:after="0" w:before="0" w:line="197" w:lineRule="auto"/>
            </w:pPr>
            <w:r>
              <w:rPr>
                <w:sz w:val="11"/>
              </w:rPr>
              <w:t>Kindred Surrogacy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#117</w:t>
            </w:r>
          </w:p>
        </w:tc>
        <w:tc>
          <w:tcPr>
            <w:tcW w:type="dxa" w:w="2232"/>
            <w:vAlign w:val="center"/>
          </w:tcPr>
          <w:p>
            <w:pPr>
              <w:spacing w:after="0" w:before="0" w:line="197" w:lineRule="auto"/>
            </w:pPr>
            <w:r>
              <w:rPr>
                <w:sz w:val="11"/>
              </w:rPr>
              <w:t>KindEOS SurrogacyChicago, IL</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Chicago IL · EggDonorConnect · Est.No info · — · Cost: No info · Match: No info</w:t>
            </w:r>
          </w:p>
        </w:tc>
      </w:tr>
      <w:tr>
        <w:tc>
          <w:tcPr>
            <w:tcW w:type="dxa" w:w="547"/>
            <w:vAlign w:val="center"/>
          </w:tcPr>
          <w:p>
            <w:pPr>
              <w:spacing w:after="0" w:before="0" w:line="197" w:lineRule="auto"/>
              <w:jc w:val="center"/>
            </w:pPr>
            <w:r>
              <w:rPr>
                <w:sz w:val="11"/>
              </w:rPr>
              <w:t>#118</w:t>
            </w:r>
          </w:p>
        </w:tc>
        <w:tc>
          <w:tcPr>
            <w:tcW w:type="dxa" w:w="2232"/>
            <w:vAlign w:val="center"/>
          </w:tcPr>
          <w:p>
            <w:pPr>
              <w:spacing w:after="0" w:before="0" w:line="197" w:lineRule="auto"/>
            </w:pPr>
            <w:r>
              <w:rPr>
                <w:sz w:val="11"/>
              </w:rPr>
              <w:t>Little Miracles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Est.No info · — · Cost: No info · Match: No info</w:t>
            </w:r>
          </w:p>
        </w:tc>
      </w:tr>
      <w:tr>
        <w:tc>
          <w:tcPr>
            <w:tcW w:type="dxa" w:w="547"/>
            <w:vAlign w:val="center"/>
          </w:tcPr>
          <w:p>
            <w:pPr>
              <w:spacing w:after="0" w:before="0" w:line="197" w:lineRule="auto"/>
              <w:jc w:val="center"/>
            </w:pPr>
            <w:r>
              <w:rPr>
                <w:sz w:val="11"/>
              </w:rPr>
              <w:t>#119</w:t>
            </w:r>
          </w:p>
        </w:tc>
        <w:tc>
          <w:tcPr>
            <w:tcW w:type="dxa" w:w="2232"/>
            <w:vAlign w:val="center"/>
          </w:tcPr>
          <w:p>
            <w:pPr>
              <w:spacing w:after="0" w:before="0" w:line="197" w:lineRule="auto"/>
            </w:pPr>
            <w:r>
              <w:rPr>
                <w:sz w:val="11"/>
              </w:rPr>
              <w:t>Los Angeles SurrogacyLos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#120</w:t>
            </w:r>
          </w:p>
        </w:tc>
        <w:tc>
          <w:tcPr>
            <w:tcW w:type="dxa" w:w="2232"/>
            <w:vAlign w:val="center"/>
          </w:tcPr>
          <w:p>
            <w:pPr>
              <w:spacing w:after="0" w:before="0" w:line="197" w:lineRule="auto"/>
            </w:pPr>
            <w:r>
              <w:rPr>
                <w:sz w:val="11"/>
              </w:rPr>
              <w:t>Love and Kindness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35</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USA · Est.2019 · Chinese entrepreneur · 1.0★ 1 review · Est.2019 · 1.0★ · Cost: $160 · Match: No info</w:t>
            </w:r>
          </w:p>
        </w:tc>
      </w:tr>
      <w:tr>
        <w:tc>
          <w:tcPr>
            <w:tcW w:type="dxa" w:w="547"/>
            <w:vAlign w:val="center"/>
          </w:tcPr>
          <w:p>
            <w:pPr>
              <w:spacing w:after="0" w:before="0" w:line="197" w:lineRule="auto"/>
              <w:jc w:val="center"/>
            </w:pPr>
            <w:r>
              <w:rPr>
                <w:sz w:val="11"/>
              </w:rPr>
              <w:t>#121</w:t>
            </w:r>
          </w:p>
        </w:tc>
        <w:tc>
          <w:tcPr>
            <w:tcW w:type="dxa" w:w="2232"/>
            <w:vAlign w:val="center"/>
          </w:tcPr>
          <w:p>
            <w:pPr>
              <w:spacing w:after="0" w:before="0" w:line="197" w:lineRule="auto"/>
            </w:pPr>
            <w:r>
              <w:rPr>
                <w:sz w:val="11"/>
              </w:rPr>
              <w:t>Loving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#122</w:t>
            </w:r>
          </w:p>
        </w:tc>
        <w:tc>
          <w:tcPr>
            <w:tcW w:type="dxa" w:w="2232"/>
            <w:vAlign w:val="center"/>
          </w:tcPr>
          <w:p>
            <w:pPr>
              <w:spacing w:after="0" w:before="0" w:line="197" w:lineRule="auto"/>
            </w:pPr>
            <w:r>
              <w:rPr>
                <w:sz w:val="11"/>
              </w:rPr>
              <w:t>Luminary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Active 2026 · Est.No info · — · Cost: No info · Match: No info</w:t>
            </w:r>
          </w:p>
        </w:tc>
      </w:tr>
      <w:tr>
        <w:tc>
          <w:tcPr>
            <w:tcW w:type="dxa" w:w="547"/>
            <w:vAlign w:val="center"/>
          </w:tcPr>
          <w:p>
            <w:pPr>
              <w:spacing w:after="0" w:before="0" w:line="197" w:lineRule="auto"/>
              <w:jc w:val="center"/>
            </w:pPr>
            <w:r>
              <w:rPr>
                <w:sz w:val="11"/>
              </w:rPr>
              <w:t>#123</w:t>
            </w:r>
          </w:p>
        </w:tc>
        <w:tc>
          <w:tcPr>
            <w:tcW w:type="dxa" w:w="2232"/>
            <w:vAlign w:val="center"/>
          </w:tcPr>
          <w:p>
            <w:pPr>
              <w:spacing w:after="0" w:before="0" w:line="197" w:lineRule="auto"/>
            </w:pPr>
            <w:r>
              <w:rPr>
                <w:sz w:val="11"/>
              </w:rPr>
              <w:t>MDC SurrogacyRamsey, MN</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Ramsey MN · GoStork / EggDonorConnect listed · Est.No info · — · Cost: No info · Match: No info</w:t>
            </w:r>
          </w:p>
        </w:tc>
      </w:tr>
      <w:tr>
        <w:tc>
          <w:tcPr>
            <w:tcW w:type="dxa" w:w="547"/>
            <w:vAlign w:val="center"/>
          </w:tcPr>
          <w:p>
            <w:pPr>
              <w:spacing w:after="0" w:before="0" w:line="197" w:lineRule="auto"/>
              <w:jc w:val="center"/>
            </w:pPr>
            <w:r>
              <w:rPr>
                <w:sz w:val="11"/>
              </w:rPr>
              <w:t>#124</w:t>
            </w:r>
          </w:p>
        </w:tc>
        <w:tc>
          <w:tcPr>
            <w:tcW w:type="dxa" w:w="2232"/>
            <w:vAlign w:val="center"/>
          </w:tcPr>
          <w:p>
            <w:pPr>
              <w:spacing w:after="0" w:before="0" w:line="197" w:lineRule="auto"/>
            </w:pPr>
            <w:r>
              <w:rPr>
                <w:sz w:val="11"/>
              </w:rPr>
              <w:t>Midwest SurrogacyMidwest 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#125</w:t>
            </w:r>
          </w:p>
        </w:tc>
        <w:tc>
          <w:tcPr>
            <w:tcW w:type="dxa" w:w="2232"/>
            <w:vAlign w:val="center"/>
          </w:tcPr>
          <w:p>
            <w:pPr>
              <w:spacing w:after="0" w:before="0" w:line="197" w:lineRule="auto"/>
            </w:pPr>
            <w:r>
              <w:rPr>
                <w:sz w:val="11"/>
              </w:rPr>
              <w:t>Miracle Surrogacy,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FL/Mexico · Trademark filed Dec 2022 · Est.2022 · — · Cost: No info · Match: No info</w:t>
            </w:r>
          </w:p>
        </w:tc>
      </w:tr>
      <w:tr>
        <w:tc>
          <w:tcPr>
            <w:tcW w:type="dxa" w:w="547"/>
            <w:vAlign w:val="center"/>
          </w:tcPr>
          <w:p>
            <w:pPr>
              <w:spacing w:after="0" w:before="0" w:line="197" w:lineRule="auto"/>
              <w:jc w:val="center"/>
            </w:pPr>
            <w:r>
              <w:rPr>
                <w:sz w:val="11"/>
              </w:rPr>
              <w:t>#126</w:t>
            </w:r>
          </w:p>
        </w:tc>
        <w:tc>
          <w:tcPr>
            <w:tcW w:type="dxa" w:w="2232"/>
            <w:vAlign w:val="center"/>
          </w:tcPr>
          <w:p>
            <w:pPr>
              <w:spacing w:after="0" w:before="0" w:line="197" w:lineRule="auto"/>
            </w:pPr>
            <w:r>
              <w:rPr>
                <w:sz w:val="11"/>
              </w:rPr>
              <w:t>Nascency,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#127</w:t>
            </w:r>
          </w:p>
        </w:tc>
        <w:tc>
          <w:tcPr>
            <w:tcW w:type="dxa" w:w="2232"/>
            <w:vAlign w:val="center"/>
          </w:tcPr>
          <w:p>
            <w:pPr>
              <w:spacing w:after="0" w:before="0" w:line="197" w:lineRule="auto"/>
            </w:pPr>
            <w:r>
              <w:rPr>
                <w:sz w:val="11"/>
              </w:rPr>
              <w:t>New Dawn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5.0★ · Est.2015 · 5.0★ · Cost: $150–$175 · Match: 3–5 mo</w:t>
            </w:r>
          </w:p>
        </w:tc>
      </w:tr>
      <w:tr>
        <w:tc>
          <w:tcPr>
            <w:tcW w:type="dxa" w:w="547"/>
            <w:vAlign w:val="center"/>
          </w:tcPr>
          <w:p>
            <w:pPr>
              <w:spacing w:after="0" w:before="0" w:line="197" w:lineRule="auto"/>
              <w:jc w:val="center"/>
            </w:pPr>
            <w:r>
              <w:rPr>
                <w:sz w:val="11"/>
              </w:rPr>
              <w:t>#128</w:t>
            </w:r>
          </w:p>
        </w:tc>
        <w:tc>
          <w:tcPr>
            <w:tcW w:type="dxa" w:w="2232"/>
            <w:vAlign w:val="center"/>
          </w:tcPr>
          <w:p>
            <w:pPr>
              <w:spacing w:after="0" w:before="0" w:line="197" w:lineRule="auto"/>
            </w:pPr>
            <w:r>
              <w:rPr>
                <w:sz w:val="11"/>
              </w:rPr>
              <w:t>New Grace FertilityNewark,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5.0★ · Est.2015 · 5.0★ · Cost: $150–$175 · Match: 3–5 mo</w:t>
            </w:r>
          </w:p>
        </w:tc>
      </w:tr>
      <w:tr>
        <w:tc>
          <w:tcPr>
            <w:tcW w:type="dxa" w:w="547"/>
            <w:vAlign w:val="center"/>
          </w:tcPr>
          <w:p>
            <w:pPr>
              <w:spacing w:after="0" w:before="0" w:line="197" w:lineRule="auto"/>
              <w:jc w:val="center"/>
            </w:pPr>
            <w:r>
              <w:rPr>
                <w:sz w:val="11"/>
              </w:rPr>
              <w:t>#129</w:t>
            </w:r>
          </w:p>
        </w:tc>
        <w:tc>
          <w:tcPr>
            <w:tcW w:type="dxa" w:w="2232"/>
            <w:vAlign w:val="center"/>
          </w:tcPr>
          <w:p>
            <w:pPr>
              <w:spacing w:after="0" w:before="0" w:line="197" w:lineRule="auto"/>
            </w:pPr>
            <w:r>
              <w:rPr>
                <w:sz w:val="11"/>
              </w:rPr>
              <w:t>New Life SurrogacyIrvine,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NYS licensed · 5.0★ · Est.2015 · 5.0★ · Cost: $150–$175 · Match: 3–5 mo</w:t>
            </w:r>
          </w:p>
        </w:tc>
      </w:tr>
      <w:tr>
        <w:tc>
          <w:tcPr>
            <w:tcW w:type="dxa" w:w="547"/>
            <w:vAlign w:val="center"/>
          </w:tcPr>
          <w:p>
            <w:pPr>
              <w:spacing w:after="0" w:before="0" w:line="197" w:lineRule="auto"/>
              <w:jc w:val="center"/>
            </w:pPr>
            <w:r>
              <w:rPr>
                <w:sz w:val="11"/>
              </w:rPr>
              <w:t>#130</w:t>
            </w:r>
          </w:p>
        </w:tc>
        <w:tc>
          <w:tcPr>
            <w:tcW w:type="dxa" w:w="2232"/>
            <w:vAlign w:val="center"/>
          </w:tcPr>
          <w:p>
            <w:pPr>
              <w:spacing w:after="0" w:before="0" w:line="197" w:lineRule="auto"/>
            </w:pPr>
            <w:r>
              <w:rPr>
                <w:sz w:val="11"/>
              </w:rPr>
              <w:t>NewGen Families LLCLas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43</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Las Vegas NV · Est.2021 · 1-month match · 5.0★ 2 reviews · Est.2021 · 5.0★ · Cost: No info · Match: 1 mo</w:t>
            </w:r>
          </w:p>
        </w:tc>
      </w:tr>
      <w:tr>
        <w:tc>
          <w:tcPr>
            <w:tcW w:type="dxa" w:w="547"/>
            <w:vAlign w:val="center"/>
          </w:tcPr>
          <w:p>
            <w:pPr>
              <w:spacing w:after="0" w:before="0" w:line="197" w:lineRule="auto"/>
              <w:jc w:val="center"/>
            </w:pPr>
            <w:r>
              <w:rPr>
                <w:sz w:val="11"/>
              </w:rPr>
              <w:t>#131</w:t>
            </w:r>
          </w:p>
        </w:tc>
        <w:tc>
          <w:tcPr>
            <w:tcW w:type="dxa" w:w="2232"/>
            <w:vAlign w:val="center"/>
          </w:tcPr>
          <w:p>
            <w:pPr>
              <w:spacing w:after="0" w:before="0" w:line="197" w:lineRule="auto"/>
            </w:pPr>
            <w:r>
              <w:rPr>
                <w:sz w:val="11"/>
              </w:rPr>
              <w:t>Nodal Surrogacy (Nodal Health, Inc.)USA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USA · NYS licensed · Physician-founded (Dr. Brian Levine) · Tech platform · Est.2021 · — · Cost: $140–$170 · Match: 4–6</w:t>
            </w:r>
          </w:p>
        </w:tc>
      </w:tr>
      <w:tr>
        <w:tc>
          <w:tcPr>
            <w:tcW w:type="dxa" w:w="547"/>
            <w:vAlign w:val="center"/>
          </w:tcPr>
          <w:p>
            <w:pPr>
              <w:spacing w:after="0" w:before="0" w:line="197" w:lineRule="auto"/>
              <w:jc w:val="center"/>
            </w:pPr>
            <w:r>
              <w:rPr>
                <w:sz w:val="11"/>
              </w:rPr>
              <w:t>#132</w:t>
            </w:r>
          </w:p>
        </w:tc>
        <w:tc>
          <w:tcPr>
            <w:tcW w:type="dxa" w:w="2232"/>
            <w:vAlign w:val="center"/>
          </w:tcPr>
          <w:p>
            <w:pPr>
              <w:spacing w:after="0" w:before="0" w:line="197" w:lineRule="auto"/>
            </w:pPr>
            <w:r>
              <w:rPr>
                <w:sz w:val="11"/>
              </w:rPr>
              <w:t>One Village SurrogacyRedmond, WA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Redmond WA · MHB listed · Est.No info · — · Cost: No info · Match: No info</w:t>
            </w:r>
          </w:p>
        </w:tc>
      </w:tr>
      <w:tr>
        <w:tc>
          <w:tcPr>
            <w:tcW w:type="dxa" w:w="547"/>
            <w:vAlign w:val="center"/>
          </w:tcPr>
          <w:p>
            <w:pPr>
              <w:spacing w:after="0" w:before="0" w:line="197" w:lineRule="auto"/>
              <w:jc w:val="center"/>
            </w:pPr>
            <w:r>
              <w:rPr>
                <w:sz w:val="11"/>
              </w:rPr>
              <w:t>#133</w:t>
            </w:r>
          </w:p>
        </w:tc>
        <w:tc>
          <w:tcPr>
            <w:tcW w:type="dxa" w:w="2232"/>
            <w:vAlign w:val="center"/>
          </w:tcPr>
          <w:p>
            <w:pPr>
              <w:spacing w:after="0" w:before="0" w:line="197" w:lineRule="auto"/>
            </w:pPr>
            <w:r>
              <w:rPr>
                <w:sz w:val="11"/>
              </w:rPr>
              <w:t>OneWorld Surrogacy &amp;amp; Egg Donation (owgens.com)USA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51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Est.2015 · Chinese investor · 1-month match · International IPs · Est.2015 · 5.0★ · Cost: $160 · Match: 1 mo</w:t>
            </w:r>
          </w:p>
        </w:tc>
      </w:tr>
      <w:tr>
        <w:tc>
          <w:tcPr>
            <w:tcW w:type="dxa" w:w="547"/>
            <w:vAlign w:val="center"/>
          </w:tcPr>
          <w:p>
            <w:pPr>
              <w:spacing w:after="0" w:before="0" w:line="197" w:lineRule="auto"/>
              <w:jc w:val="center"/>
            </w:pPr>
            <w:r>
              <w:rPr>
                <w:sz w:val="11"/>
              </w:rPr>
              <w:t>#134</w:t>
            </w:r>
          </w:p>
        </w:tc>
        <w:tc>
          <w:tcPr>
            <w:tcW w:type="dxa" w:w="2232"/>
            <w:vAlign w:val="center"/>
          </w:tcPr>
          <w:p>
            <w:pPr>
              <w:spacing w:after="0" w:before="0" w:line="197" w:lineRule="auto"/>
            </w:pPr>
            <w:r>
              <w:rPr>
                <w:sz w:val="11"/>
              </w:rPr>
              <w:t>Over the Rainbow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#135</w:t>
            </w:r>
          </w:p>
        </w:tc>
        <w:tc>
          <w:tcPr>
            <w:tcW w:type="dxa" w:w="2232"/>
            <w:vAlign w:val="center"/>
          </w:tcPr>
          <w:p>
            <w:pPr>
              <w:spacing w:after="0" w:before="0" w:line="197" w:lineRule="auto"/>
            </w:pPr>
            <w:r>
              <w:rPr>
                <w:sz w:val="11"/>
              </w:rPr>
              <w:t>Pacific Surrogacy ServicesWest Coast 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#136</w:t>
            </w:r>
          </w:p>
        </w:tc>
        <w:tc>
          <w:tcPr>
            <w:tcW w:type="dxa" w:w="2232"/>
            <w:vAlign w:val="center"/>
          </w:tcPr>
          <w:p>
            <w:pPr>
              <w:spacing w:after="0" w:before="0" w:line="197" w:lineRule="auto"/>
            </w:pPr>
            <w:r>
              <w:rPr>
                <w:sz w:val="11"/>
              </w:rPr>
              <w:t>Partners in ParenthoodUSA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#137</w:t>
            </w:r>
          </w:p>
        </w:tc>
        <w:tc>
          <w:tcPr>
            <w:tcW w:type="dxa" w:w="2232"/>
            <w:vAlign w:val="center"/>
          </w:tcPr>
          <w:p>
            <w:pPr>
              <w:spacing w:after="0" w:before="0" w:line="197" w:lineRule="auto"/>
            </w:pPr>
            <w:r>
              <w:rPr>
                <w:sz w:val="11"/>
              </w:rPr>
              <w:t>Pathway to Parenthood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#138</w:t>
            </w:r>
          </w:p>
        </w:tc>
        <w:tc>
          <w:tcPr>
            <w:tcW w:type="dxa" w:w="2232"/>
            <w:vAlign w:val="center"/>
          </w:tcPr>
          <w:p>
            <w:pPr>
              <w:spacing w:after="0" w:before="0" w:line="197" w:lineRule="auto"/>
            </w:pPr>
            <w:r>
              <w:rPr>
                <w:sz w:val="11"/>
              </w:rPr>
              <w:t>Patriot ConceptionsCosta Mesa /</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Costa Mesa/Irvine CA · Est.2019 · Veteran-owned · LGBTQ+ friendly · Est.2019 · 4.9★ · Cost: No info · Match: No info</w:t>
            </w:r>
          </w:p>
        </w:tc>
      </w:tr>
      <w:tr>
        <w:tc>
          <w:tcPr>
            <w:tcW w:type="dxa" w:w="547"/>
            <w:vAlign w:val="center"/>
          </w:tcPr>
          <w:p>
            <w:pPr>
              <w:spacing w:after="0" w:before="0" w:line="197" w:lineRule="auto"/>
              <w:jc w:val="center"/>
            </w:pPr>
            <w:r>
              <w:rPr>
                <w:sz w:val="11"/>
              </w:rPr>
              <w:t>#139</w:t>
            </w:r>
          </w:p>
        </w:tc>
        <w:tc>
          <w:tcPr>
            <w:tcW w:type="dxa" w:w="2232"/>
            <w:vAlign w:val="center"/>
          </w:tcPr>
          <w:p>
            <w:pPr>
              <w:spacing w:after="0" w:before="0" w:line="197" w:lineRule="auto"/>
            </w:pPr>
            <w:r>
              <w:rPr>
                <w:sz w:val="11"/>
              </w:rPr>
              <w:t>Pineapple Family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NYS licensed · Est.2015 · 4.9★ · Cost: $145–$165 · Match: 3–5 mo</w:t>
            </w:r>
          </w:p>
        </w:tc>
      </w:tr>
      <w:tr>
        <w:tc>
          <w:tcPr>
            <w:tcW w:type="dxa" w:w="547"/>
            <w:vAlign w:val="center"/>
          </w:tcPr>
          <w:p>
            <w:pPr>
              <w:spacing w:after="0" w:before="0" w:line="197" w:lineRule="auto"/>
              <w:jc w:val="center"/>
            </w:pPr>
            <w:r>
              <w:rPr>
                <w:sz w:val="11"/>
              </w:rPr>
              <w:t>#140</w:t>
            </w:r>
          </w:p>
        </w:tc>
        <w:tc>
          <w:tcPr>
            <w:tcW w:type="dxa" w:w="2232"/>
            <w:vAlign w:val="center"/>
          </w:tcPr>
          <w:p>
            <w:pPr>
              <w:spacing w:after="0" w:before="0" w:line="197" w:lineRule="auto"/>
            </w:pPr>
            <w:r>
              <w:rPr>
                <w:sz w:val="11"/>
              </w:rPr>
              <w:t>Pitter Patter SurrogacyLas Vegas, NV +</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Las Vegas NV + San Francisco CA · Est.2018 · 3.0★ 4 reviews · Est.2018 · 3.0★ · Cost: No info · Match: No info</w:t>
            </w:r>
          </w:p>
        </w:tc>
      </w:tr>
      <w:tr>
        <w:tc>
          <w:tcPr>
            <w:tcW w:type="dxa" w:w="547"/>
            <w:vAlign w:val="center"/>
          </w:tcPr>
          <w:p>
            <w:pPr>
              <w:spacing w:after="0" w:before="0" w:line="197" w:lineRule="auto"/>
              <w:jc w:val="center"/>
            </w:pPr>
            <w:r>
              <w:rPr>
                <w:sz w:val="11"/>
              </w:rPr>
              <w:t>#141</w:t>
            </w:r>
          </w:p>
        </w:tc>
        <w:tc>
          <w:tcPr>
            <w:tcW w:type="dxa" w:w="2232"/>
            <w:vAlign w:val="center"/>
          </w:tcPr>
          <w:p>
            <w:pPr>
              <w:spacing w:after="0" w:before="0" w:line="197" w:lineRule="auto"/>
            </w:pPr>
            <w:r>
              <w:rPr>
                <w:sz w:val="11"/>
              </w:rPr>
              <w:t>PrimeSurroIrvine,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Irvine CA · BBB-accredited Nov 2019 · Est.2019 · 4.7★ · Cost: No info · Match: No info</w:t>
            </w:r>
          </w:p>
        </w:tc>
      </w:tr>
      <w:tr>
        <w:tc>
          <w:tcPr>
            <w:tcW w:type="dxa" w:w="547"/>
            <w:vAlign w:val="center"/>
          </w:tcPr>
          <w:p>
            <w:pPr>
              <w:spacing w:after="0" w:before="0" w:line="197" w:lineRule="auto"/>
              <w:jc w:val="center"/>
            </w:pPr>
            <w:r>
              <w:rPr>
                <w:sz w:val="11"/>
              </w:rPr>
              <w:t>#142</w:t>
            </w:r>
          </w:p>
        </w:tc>
        <w:tc>
          <w:tcPr>
            <w:tcW w:type="dxa" w:w="2232"/>
            <w:vAlign w:val="center"/>
          </w:tcPr>
          <w:p>
            <w:pPr>
              <w:spacing w:after="0" w:before="0" w:line="197" w:lineRule="auto"/>
            </w:pPr>
            <w:r>
              <w:rPr>
                <w:sz w:val="11"/>
              </w:rPr>
              <w:t>Priority Surrogate Connection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South Dakota · Est.No info · — · Cost: No info · Match: No info</w:t>
            </w:r>
          </w:p>
        </w:tc>
      </w:tr>
      <w:tr>
        <w:tc>
          <w:tcPr>
            <w:tcW w:type="dxa" w:w="547"/>
            <w:vAlign w:val="center"/>
          </w:tcPr>
          <w:p>
            <w:pPr>
              <w:spacing w:after="0" w:before="0" w:line="197" w:lineRule="auto"/>
              <w:jc w:val="center"/>
            </w:pPr>
            <w:r>
              <w:rPr>
                <w:sz w:val="11"/>
              </w:rPr>
              <w:t>#143</w:t>
            </w:r>
          </w:p>
        </w:tc>
        <w:tc>
          <w:tcPr>
            <w:tcW w:type="dxa" w:w="2232"/>
            <w:vAlign w:val="center"/>
          </w:tcPr>
          <w:p>
            <w:pPr>
              <w:spacing w:after="0" w:before="0" w:line="197" w:lineRule="auto"/>
            </w:pPr>
            <w:r>
              <w:rPr>
                <w:sz w:val="11"/>
              </w:rPr>
              <w:t>Private Label SurrogacyDeerfield, IL</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Deerfield IL · EggDonorConnect listed · Est.No info · — · Cost: No info · Match: No info</w:t>
            </w:r>
          </w:p>
        </w:tc>
      </w:tr>
      <w:tr>
        <w:tc>
          <w:tcPr>
            <w:tcW w:type="dxa" w:w="547"/>
            <w:vAlign w:val="center"/>
          </w:tcPr>
          <w:p>
            <w:pPr>
              <w:spacing w:after="0" w:before="0" w:line="197" w:lineRule="auto"/>
              <w:jc w:val="center"/>
            </w:pPr>
            <w:r>
              <w:rPr>
                <w:sz w:val="11"/>
              </w:rPr>
              <w:t>#144</w:t>
            </w:r>
          </w:p>
        </w:tc>
        <w:tc>
          <w:tcPr>
            <w:tcW w:type="dxa" w:w="2232"/>
            <w:vAlign w:val="center"/>
          </w:tcPr>
          <w:p>
            <w:pPr>
              <w:spacing w:after="0" w:before="0" w:line="197" w:lineRule="auto"/>
            </w:pPr>
            <w:r>
              <w:rPr>
                <w:sz w:val="11"/>
              </w:rPr>
              <w:t>Road to Baby,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Est.2019 · Est.2019 · 4.9★ · Cost: No info · Match: No info</w:t>
            </w:r>
          </w:p>
        </w:tc>
      </w:tr>
      <w:tr>
        <w:tc>
          <w:tcPr>
            <w:tcW w:type="dxa" w:w="547"/>
            <w:vAlign w:val="center"/>
          </w:tcPr>
          <w:p>
            <w:pPr>
              <w:spacing w:after="0" w:before="0" w:line="197" w:lineRule="auto"/>
              <w:jc w:val="center"/>
            </w:pPr>
            <w:r>
              <w:rPr>
                <w:sz w:val="11"/>
              </w:rPr>
              <w:t>#145</w:t>
            </w:r>
          </w:p>
        </w:tc>
        <w:tc>
          <w:tcPr>
            <w:tcW w:type="dxa" w:w="2232"/>
            <w:vAlign w:val="center"/>
          </w:tcPr>
          <w:p>
            <w:pPr>
              <w:spacing w:after="0" w:before="0" w:line="197" w:lineRule="auto"/>
            </w:pPr>
            <w:r>
              <w:rPr>
                <w:sz w:val="11"/>
              </w:rPr>
              <w:t>Rosebud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#146</w:t>
            </w:r>
          </w:p>
        </w:tc>
        <w:tc>
          <w:tcPr>
            <w:tcW w:type="dxa" w:w="2232"/>
            <w:vAlign w:val="center"/>
          </w:tcPr>
          <w:p>
            <w:pPr>
              <w:spacing w:after="0" w:before="0" w:line="197" w:lineRule="auto"/>
            </w:pPr>
            <w:r>
              <w:rPr>
                <w:sz w:val="11"/>
              </w:rPr>
              <w:t>RSW FertilityBeaverton, OR</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1</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Mission Viejo/Santa Rosa CA + IL + MA + NYC · Est.2003 · MHB GPAP · Est.2003 · 4.6★ · Cost: $180 · Match: 12 mo</w:t>
            </w:r>
          </w:p>
        </w:tc>
      </w:tr>
      <w:tr>
        <w:tc>
          <w:tcPr>
            <w:tcW w:type="dxa" w:w="547"/>
            <w:vAlign w:val="center"/>
          </w:tcPr>
          <w:p>
            <w:pPr>
              <w:spacing w:after="0" w:before="0" w:line="197" w:lineRule="auto"/>
              <w:jc w:val="center"/>
            </w:pPr>
            <w:r>
              <w:rPr>
                <w:sz w:val="11"/>
              </w:rPr>
              <w:t>#147</w:t>
            </w:r>
          </w:p>
        </w:tc>
        <w:tc>
          <w:tcPr>
            <w:tcW w:type="dxa" w:w="2232"/>
            <w:vAlign w:val="center"/>
          </w:tcPr>
          <w:p>
            <w:pPr>
              <w:spacing w:after="0" w:before="0" w:line="197" w:lineRule="auto"/>
            </w:pPr>
            <w:r>
              <w:rPr>
                <w:sz w:val="11"/>
              </w:rPr>
              <w:t>Sensible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#148</w:t>
            </w:r>
          </w:p>
        </w:tc>
        <w:tc>
          <w:tcPr>
            <w:tcW w:type="dxa" w:w="2232"/>
            <w:vAlign w:val="center"/>
          </w:tcPr>
          <w:p>
            <w:pPr>
              <w:spacing w:after="0" w:before="0" w:line="197" w:lineRule="auto"/>
            </w:pPr>
            <w:r>
              <w:rPr>
                <w:sz w:val="11"/>
              </w:rPr>
              <w:t>Serenity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#149</w:t>
            </w:r>
          </w:p>
        </w:tc>
        <w:tc>
          <w:tcPr>
            <w:tcW w:type="dxa" w:w="2232"/>
            <w:vAlign w:val="center"/>
          </w:tcPr>
          <w:p>
            <w:pPr>
              <w:spacing w:after="0" w:before="0" w:line="197" w:lineRule="auto"/>
            </w:pPr>
            <w:r>
              <w:rPr>
                <w:sz w:val="11"/>
              </w:rPr>
              <w:t>Shining Light BabySchaumburg, IL</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39</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Schaumburg IL · Est.2020 · Chinese entrepreneur · 1.0★ low reviews · Est.2020 · 1.0★ · Cost: $120 · Match: No info</w:t>
            </w:r>
          </w:p>
        </w:tc>
      </w:tr>
      <w:tr>
        <w:tc>
          <w:tcPr>
            <w:tcW w:type="dxa" w:w="547"/>
            <w:vAlign w:val="center"/>
          </w:tcPr>
          <w:p>
            <w:pPr>
              <w:spacing w:after="0" w:before="0" w:line="197" w:lineRule="auto"/>
              <w:jc w:val="center"/>
            </w:pPr>
            <w:r>
              <w:rPr>
                <w:sz w:val="11"/>
              </w:rPr>
              <w:t>#150</w:t>
            </w:r>
          </w:p>
        </w:tc>
        <w:tc>
          <w:tcPr>
            <w:tcW w:type="dxa" w:w="2232"/>
            <w:vAlign w:val="center"/>
          </w:tcPr>
          <w:p>
            <w:pPr>
              <w:spacing w:after="0" w:before="0" w:line="197" w:lineRule="auto"/>
            </w:pPr>
            <w:r>
              <w:rPr>
                <w:sz w:val="11"/>
              </w:rPr>
              <w:t>Smart SurrogacyUSA</w:t>
            </w:r>
          </w:p>
        </w:tc>
        <w:tc>
          <w:tcPr>
            <w:tcW w:type="dxa" w:w="648"/>
            <w:vAlign w:val="center"/>
          </w:tcPr>
          <w:p>
            <w:pPr>
              <w:spacing w:after="0" w:before="0" w:line="197" w:lineRule="auto"/>
              <w:jc w:val="center"/>
            </w:pPr>
            <w:r>
              <w:rPr>
                <w:sz w:val="11"/>
              </w:rPr>
              <w:t>OH</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Ohio · Director: Amber · 5.0★ 1 review SurrogacyNetwork · Est.No info · 5.0★ · Cost: No info · Match: No info</w:t>
            </w:r>
          </w:p>
        </w:tc>
      </w:tr>
      <w:tr>
        <w:tc>
          <w:tcPr>
            <w:tcW w:type="dxa" w:w="547"/>
            <w:vAlign w:val="center"/>
          </w:tcPr>
          <w:p>
            <w:pPr>
              <w:spacing w:after="0" w:before="0" w:line="197" w:lineRule="auto"/>
              <w:jc w:val="center"/>
            </w:pPr>
            <w:r>
              <w:rPr>
                <w:sz w:val="11"/>
              </w:rPr>
              <w:t>#151</w:t>
            </w:r>
          </w:p>
        </w:tc>
        <w:tc>
          <w:tcPr>
            <w:tcW w:type="dxa" w:w="2232"/>
            <w:vAlign w:val="center"/>
          </w:tcPr>
          <w:p>
            <w:pPr>
              <w:spacing w:after="0" w:before="0" w:line="197" w:lineRule="auto"/>
            </w:pPr>
            <w:r>
              <w:rPr>
                <w:sz w:val="11"/>
              </w:rPr>
              <w:t>Southern California SurrogacyIrvine, CA</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Irvine CA · Est.~2015 · International clients · Est.2015 · 4.6★ · Cost: No info · Match: No info</w:t>
            </w:r>
          </w:p>
        </w:tc>
      </w:tr>
      <w:tr>
        <w:tc>
          <w:tcPr>
            <w:tcW w:type="dxa" w:w="547"/>
            <w:vAlign w:val="center"/>
          </w:tcPr>
          <w:p>
            <w:pPr>
              <w:spacing w:after="0" w:before="0" w:line="197" w:lineRule="auto"/>
              <w:jc w:val="center"/>
            </w:pPr>
            <w:r>
              <w:rPr>
                <w:sz w:val="11"/>
              </w:rPr>
              <w:t>#152</w:t>
            </w:r>
          </w:p>
        </w:tc>
        <w:tc>
          <w:tcPr>
            <w:tcW w:type="dxa" w:w="2232"/>
            <w:vAlign w:val="center"/>
          </w:tcPr>
          <w:p>
            <w:pPr>
              <w:spacing w:after="0" w:before="0" w:line="197" w:lineRule="auto"/>
            </w:pPr>
            <w:r>
              <w:rPr>
                <w:sz w:val="11"/>
              </w:rPr>
              <w:t>Southern SurrogacyUSA (Southern states)</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Alabama · Southern states focus · Est.No info · — · Cost: No info · Match: No info</w:t>
            </w:r>
          </w:p>
        </w:tc>
      </w:tr>
      <w:tr>
        <w:tc>
          <w:tcPr>
            <w:tcW w:type="dxa" w:w="547"/>
            <w:vAlign w:val="center"/>
          </w:tcPr>
          <w:p>
            <w:pPr>
              <w:spacing w:after="0" w:before="0" w:line="197" w:lineRule="auto"/>
              <w:jc w:val="center"/>
            </w:pPr>
            <w:r>
              <w:rPr>
                <w:sz w:val="11"/>
              </w:rPr>
              <w:t>#153</w:t>
            </w:r>
          </w:p>
        </w:tc>
        <w:tc>
          <w:tcPr>
            <w:tcW w:type="dxa" w:w="2232"/>
            <w:vAlign w:val="center"/>
          </w:tcPr>
          <w:p>
            <w:pPr>
              <w:spacing w:after="0" w:before="0" w:line="197" w:lineRule="auto"/>
            </w:pPr>
            <w:r>
              <w:rPr>
                <w:sz w:val="11"/>
              </w:rPr>
              <w:t>Sprout Surrogacy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Brand new 2025 · Est.2025 · — · Cost: No info · Match: No info</w:t>
            </w:r>
          </w:p>
        </w:tc>
      </w:tr>
      <w:tr>
        <w:tc>
          <w:tcPr>
            <w:tcW w:type="dxa" w:w="547"/>
            <w:vAlign w:val="center"/>
          </w:tcPr>
          <w:p>
            <w:pPr>
              <w:spacing w:after="0" w:before="0" w:line="197" w:lineRule="auto"/>
              <w:jc w:val="center"/>
            </w:pPr>
            <w:r>
              <w:rPr>
                <w:sz w:val="11"/>
              </w:rPr>
              <w:t>#154</w:t>
            </w:r>
          </w:p>
        </w:tc>
        <w:tc>
          <w:tcPr>
            <w:tcW w:type="dxa" w:w="2232"/>
            <w:vAlign w:val="center"/>
          </w:tcPr>
          <w:p>
            <w:pPr>
              <w:spacing w:after="0" w:before="0" w:line="197" w:lineRule="auto"/>
            </w:pPr>
            <w:r>
              <w:rPr>
                <w:sz w:val="11"/>
              </w:rPr>
              <w:t>Stronger Together SurrogacySurprise, AZ +</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50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Surprise AZ + Murrieta CA · Est.2022 · Former surrogate · MHB GPAP II · Est.2022 · 5.0★ · Cost: $170 · Match: 2 mo</w:t>
            </w:r>
          </w:p>
        </w:tc>
      </w:tr>
      <w:tr>
        <w:tc>
          <w:tcPr>
            <w:tcW w:type="dxa" w:w="547"/>
            <w:vAlign w:val="center"/>
          </w:tcPr>
          <w:p>
            <w:pPr>
              <w:spacing w:after="0" w:before="0" w:line="197" w:lineRule="auto"/>
              <w:jc w:val="center"/>
            </w:pPr>
            <w:r>
              <w:rPr>
                <w:sz w:val="11"/>
              </w:rPr>
              <w:t>#155</w:t>
            </w:r>
          </w:p>
        </w:tc>
        <w:tc>
          <w:tcPr>
            <w:tcW w:type="dxa" w:w="2232"/>
            <w:vAlign w:val="center"/>
          </w:tcPr>
          <w:p>
            <w:pPr>
              <w:spacing w:after="0" w:before="0" w:line="197" w:lineRule="auto"/>
            </w:pPr>
            <w:r>
              <w:rPr>
                <w:sz w:val="11"/>
              </w:rPr>
              <w:t>Sunflower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#156</w:t>
            </w:r>
          </w:p>
        </w:tc>
        <w:tc>
          <w:tcPr>
            <w:tcW w:type="dxa" w:w="2232"/>
            <w:vAlign w:val="center"/>
          </w:tcPr>
          <w:p>
            <w:pPr>
              <w:spacing w:after="0" w:before="0" w:line="197" w:lineRule="auto"/>
            </w:pPr>
            <w:r>
              <w:rPr>
                <w:sz w:val="11"/>
              </w:rPr>
              <w:t>Sunshine SurrogacyPasadena, 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#157</w:t>
            </w:r>
          </w:p>
        </w:tc>
        <w:tc>
          <w:tcPr>
            <w:tcW w:type="dxa" w:w="2232"/>
            <w:vAlign w:val="center"/>
          </w:tcPr>
          <w:p>
            <w:pPr>
              <w:spacing w:after="0" w:before="0" w:line="197" w:lineRule="auto"/>
            </w:pPr>
            <w:r>
              <w:rPr>
                <w:sz w:val="11"/>
              </w:rPr>
              <w:t>Surrogate Alternatives, Inc.USA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35</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California · 1.0★ 1 review SurrogacyNetwork · Est.No info · 1.0★ · Cost: No info · Match: No info</w:t>
            </w:r>
          </w:p>
        </w:tc>
      </w:tr>
      <w:tr>
        <w:tc>
          <w:tcPr>
            <w:tcW w:type="dxa" w:w="547"/>
            <w:vAlign w:val="center"/>
          </w:tcPr>
          <w:p>
            <w:pPr>
              <w:spacing w:after="0" w:before="0" w:line="197" w:lineRule="auto"/>
              <w:jc w:val="center"/>
            </w:pPr>
            <w:r>
              <w:rPr>
                <w:sz w:val="11"/>
              </w:rPr>
              <w:t>#158</w:t>
            </w:r>
          </w:p>
        </w:tc>
        <w:tc>
          <w:tcPr>
            <w:tcW w:type="dxa" w:w="2232"/>
            <w:vAlign w:val="center"/>
          </w:tcPr>
          <w:p>
            <w:pPr>
              <w:spacing w:after="0" w:before="0" w:line="197" w:lineRule="auto"/>
            </w:pPr>
            <w:r>
              <w:rPr>
                <w:sz w:val="11"/>
              </w:rPr>
              <w:t>Surrogate SolutionsUSA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NYS licensed · Est.2016 · 4.8★ · Cost: $145–$170 · Match: 4–6 mo</w:t>
            </w:r>
          </w:p>
        </w:tc>
      </w:tr>
      <w:tr>
        <w:tc>
          <w:tcPr>
            <w:tcW w:type="dxa" w:w="547"/>
            <w:vAlign w:val="center"/>
          </w:tcPr>
          <w:p>
            <w:pPr>
              <w:spacing w:after="0" w:before="0" w:line="197" w:lineRule="auto"/>
              <w:jc w:val="center"/>
            </w:pPr>
            <w:r>
              <w:rPr>
                <w:sz w:val="11"/>
              </w:rPr>
              <w:t>#159</w:t>
            </w:r>
          </w:p>
        </w:tc>
        <w:tc>
          <w:tcPr>
            <w:tcW w:type="dxa" w:w="2232"/>
            <w:vAlign w:val="center"/>
          </w:tcPr>
          <w:p>
            <w:pPr>
              <w:spacing w:after="0" w:before="0" w:line="197" w:lineRule="auto"/>
            </w:pPr>
            <w:r>
              <w:rPr>
                <w:sz w:val="11"/>
              </w:rPr>
              <w:t>Surrogate First (independent agency)USA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NYS licensed · Est.2016 · 4.8★ · Cost: $145–$170 · Match: 4–6 mo</w:t>
            </w:r>
          </w:p>
        </w:tc>
      </w:tr>
      <w:tr>
        <w:tc>
          <w:tcPr>
            <w:tcW w:type="dxa" w:w="547"/>
            <w:vAlign w:val="center"/>
          </w:tcPr>
          <w:p>
            <w:pPr>
              <w:spacing w:after="0" w:before="0" w:line="197" w:lineRule="auto"/>
              <w:jc w:val="center"/>
            </w:pPr>
            <w:r>
              <w:rPr>
                <w:sz w:val="11"/>
              </w:rPr>
              <w:t>#160</w:t>
            </w:r>
          </w:p>
        </w:tc>
        <w:tc>
          <w:tcPr>
            <w:tcW w:type="dxa" w:w="2232"/>
            <w:vAlign w:val="center"/>
          </w:tcPr>
          <w:p>
            <w:pPr>
              <w:spacing w:after="0" w:before="0" w:line="197" w:lineRule="auto"/>
            </w:pPr>
            <w:r>
              <w:rPr>
                <w:sz w:val="11"/>
              </w:rPr>
              <w:t>Surrogacy by FaithUSA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42</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Christian agency · All-surrogate team · No termination policy · Est.No info · 4.9★ · Cost: $130 · Match: No info</w:t>
            </w:r>
          </w:p>
        </w:tc>
      </w:tr>
      <w:tr>
        <w:tc>
          <w:tcPr>
            <w:tcW w:type="dxa" w:w="547"/>
            <w:vAlign w:val="center"/>
          </w:tcPr>
          <w:p>
            <w:pPr>
              <w:spacing w:after="0" w:before="0" w:line="197" w:lineRule="auto"/>
              <w:jc w:val="center"/>
            </w:pPr>
            <w:r>
              <w:rPr>
                <w:sz w:val="11"/>
              </w:rPr>
              <w:t>#161</w:t>
            </w:r>
          </w:p>
        </w:tc>
        <w:tc>
          <w:tcPr>
            <w:tcW w:type="dxa" w:w="2232"/>
            <w:vAlign w:val="center"/>
          </w:tcPr>
          <w:p>
            <w:pPr>
              <w:spacing w:after="0" w:before="0" w:line="197" w:lineRule="auto"/>
            </w:pPr>
            <w:r>
              <w:rPr>
                <w:sz w:val="11"/>
              </w:rPr>
              <w:t>Surrogacy ConciergeCA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CA · CEO: Evie Jeang, attorney CA+NY licensed, 15+ yrs surrogacy law · Est.No info · — · Cost: No info · Match: No info</w:t>
            </w:r>
          </w:p>
        </w:tc>
      </w:tr>
      <w:tr>
        <w:tc>
          <w:tcPr>
            <w:tcW w:type="dxa" w:w="547"/>
            <w:vAlign w:val="center"/>
          </w:tcPr>
          <w:p>
            <w:pPr>
              <w:spacing w:after="0" w:before="0" w:line="197" w:lineRule="auto"/>
              <w:jc w:val="center"/>
            </w:pPr>
            <w:r>
              <w:rPr>
                <w:sz w:val="11"/>
              </w:rPr>
              <w:t>#162</w:t>
            </w:r>
          </w:p>
        </w:tc>
        <w:tc>
          <w:tcPr>
            <w:tcW w:type="dxa" w:w="2232"/>
            <w:vAlign w:val="center"/>
          </w:tcPr>
          <w:p>
            <w:pPr>
              <w:spacing w:after="0" w:before="0" w:line="197" w:lineRule="auto"/>
            </w:pPr>
            <w:r>
              <w:rPr>
                <w:sz w:val="11"/>
              </w:rPr>
              <w:t>Surrogacy Is LLCUSA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Industry veterans · No-waitlist bridge model · 4.5★ 6 reviews · Est.No info · 4.9★ · Cost: No info · Match: No</w:t>
            </w:r>
          </w:p>
        </w:tc>
      </w:tr>
      <w:tr>
        <w:tc>
          <w:tcPr>
            <w:tcW w:type="dxa" w:w="547"/>
            <w:vAlign w:val="center"/>
          </w:tcPr>
          <w:p>
            <w:pPr>
              <w:spacing w:after="0" w:before="0" w:line="197" w:lineRule="auto"/>
              <w:jc w:val="center"/>
            </w:pPr>
            <w:r>
              <w:rPr>
                <w:sz w:val="11"/>
              </w:rPr>
              <w:t>#163</w:t>
            </w:r>
          </w:p>
        </w:tc>
        <w:tc>
          <w:tcPr>
            <w:tcW w:type="dxa" w:w="2232"/>
            <w:vAlign w:val="center"/>
          </w:tcPr>
          <w:p>
            <w:pPr>
              <w:spacing w:after="0" w:before="0" w:line="197" w:lineRule="auto"/>
            </w:pPr>
            <w:r>
              <w:rPr>
                <w:sz w:val="11"/>
              </w:rPr>
              <w:t>Surrogacy Journey CenterUSA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#164</w:t>
            </w:r>
          </w:p>
        </w:tc>
        <w:tc>
          <w:tcPr>
            <w:tcW w:type="dxa" w:w="2232"/>
            <w:vAlign w:val="center"/>
          </w:tcPr>
          <w:p>
            <w:pPr>
              <w:spacing w:after="0" w:before="0" w:line="197" w:lineRule="auto"/>
            </w:pPr>
            <w:r>
              <w:rPr>
                <w:sz w:val="11"/>
              </w:rPr>
              <w:t>Surrogacy PlusAndover, MA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#165</w:t>
            </w:r>
          </w:p>
        </w:tc>
        <w:tc>
          <w:tcPr>
            <w:tcW w:type="dxa" w:w="2232"/>
            <w:vAlign w:val="center"/>
          </w:tcPr>
          <w:p>
            <w:pPr>
              <w:spacing w:after="0" w:before="0" w:line="197" w:lineRule="auto"/>
            </w:pPr>
            <w:r>
              <w:rPr>
                <w:sz w:val="11"/>
              </w:rPr>
              <w:t>Surrogacy With LoveUSA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59</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GS211016 · Chinese investor · Est.2021 · — · Cost: $150 · Match: 5 mo</w:t>
            </w:r>
          </w:p>
        </w:tc>
      </w:tr>
      <w:tr>
        <w:tc>
          <w:tcPr>
            <w:tcW w:type="dxa" w:w="547"/>
            <w:vAlign w:val="center"/>
          </w:tcPr>
          <w:p>
            <w:pPr>
              <w:spacing w:after="0" w:before="0" w:line="197" w:lineRule="auto"/>
              <w:jc w:val="center"/>
            </w:pPr>
            <w:r>
              <w:rPr>
                <w:sz w:val="11"/>
              </w:rPr>
              <w:t>#166</w:t>
            </w:r>
          </w:p>
        </w:tc>
        <w:tc>
          <w:tcPr>
            <w:tcW w:type="dxa" w:w="2232"/>
            <w:vAlign w:val="center"/>
          </w:tcPr>
          <w:p>
            <w:pPr>
              <w:spacing w:after="0" w:before="0" w:line="197" w:lineRule="auto"/>
            </w:pPr>
            <w:r>
              <w:rPr>
                <w:sz w:val="11"/>
              </w:rPr>
              <w:t>The Surrogacy AgencyUSA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Minnesota · Est.No info · — · Cost: No info · Match: No info</w:t>
            </w:r>
          </w:p>
        </w:tc>
      </w:tr>
      <w:tr>
        <w:tc>
          <w:tcPr>
            <w:tcW w:type="dxa" w:w="547"/>
            <w:vAlign w:val="center"/>
          </w:tcPr>
          <w:p>
            <w:pPr>
              <w:spacing w:after="0" w:before="0" w:line="197" w:lineRule="auto"/>
              <w:jc w:val="center"/>
            </w:pPr>
            <w:r>
              <w:rPr>
                <w:sz w:val="11"/>
              </w:rPr>
              <w:t>#167</w:t>
            </w:r>
          </w:p>
        </w:tc>
        <w:tc>
          <w:tcPr>
            <w:tcW w:type="dxa" w:w="2232"/>
            <w:vAlign w:val="center"/>
          </w:tcPr>
          <w:p>
            <w:pPr>
              <w:spacing w:after="0" w:before="0" w:line="197" w:lineRule="auto"/>
            </w:pPr>
            <w:r>
              <w:rPr>
                <w:sz w:val="11"/>
              </w:rPr>
              <w:t>Together We Grow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#168</w:t>
            </w:r>
          </w:p>
        </w:tc>
        <w:tc>
          <w:tcPr>
            <w:tcW w:type="dxa" w:w="2232"/>
            <w:vAlign w:val="center"/>
          </w:tcPr>
          <w:p>
            <w:pPr>
              <w:spacing w:after="0" w:before="0" w:line="197" w:lineRule="auto"/>
            </w:pPr>
            <w:r>
              <w:rPr>
                <w:sz w:val="11"/>
              </w:rPr>
              <w:t>Tri-State SurrogacyNY / NJ / CT area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#169</w:t>
            </w:r>
          </w:p>
        </w:tc>
        <w:tc>
          <w:tcPr>
            <w:tcW w:type="dxa" w:w="2232"/>
            <w:vAlign w:val="center"/>
          </w:tcPr>
          <w:p>
            <w:pPr>
              <w:spacing w:after="0" w:before="0" w:line="197" w:lineRule="auto"/>
            </w:pPr>
            <w:r>
              <w:rPr>
                <w:sz w:val="11"/>
              </w:rPr>
              <w:t>Twinkle SurrogacyBellevue, WA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Bellevue WA · EggDonorConnect listed · Est.No info · — · Cost: No info · Match: No info</w:t>
            </w:r>
          </w:p>
        </w:tc>
      </w:tr>
      <w:tr>
        <w:tc>
          <w:tcPr>
            <w:tcW w:type="dxa" w:w="547"/>
            <w:vAlign w:val="center"/>
          </w:tcPr>
          <w:p>
            <w:pPr>
              <w:spacing w:after="0" w:before="0" w:line="197" w:lineRule="auto"/>
              <w:jc w:val="center"/>
            </w:pPr>
            <w:r>
              <w:rPr>
                <w:sz w:val="11"/>
              </w:rPr>
              <w:t>#170</w:t>
            </w:r>
          </w:p>
        </w:tc>
        <w:tc>
          <w:tcPr>
            <w:tcW w:type="dxa" w:w="2232"/>
            <w:vAlign w:val="center"/>
          </w:tcPr>
          <w:p>
            <w:pPr>
              <w:spacing w:after="0" w:before="0" w:line="197" w:lineRule="auto"/>
            </w:pPr>
            <w:r>
              <w:rPr>
                <w:sz w:val="11"/>
              </w:rPr>
              <w:t>Viva SurrogacyUSA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#171</w:t>
            </w:r>
          </w:p>
        </w:tc>
        <w:tc>
          <w:tcPr>
            <w:tcW w:type="dxa" w:w="2232"/>
            <w:vAlign w:val="center"/>
          </w:tcPr>
          <w:p>
            <w:pPr>
              <w:spacing w:after="0" w:before="0" w:line="197" w:lineRule="auto"/>
            </w:pPr>
            <w:r>
              <w:rPr>
                <w:sz w:val="11"/>
              </w:rPr>
              <w:t>Your Perfect SurrogateUSA</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NYS licensed · Est.2016 · 4.8★ · Cost: $145–$170 · Match: 4–6 mo</w:t>
            </w:r>
          </w:p>
        </w:tc>
      </w:tr>
      <w:tr>
        <w:tc>
          <w:tcPr>
            <w:tcW w:type="dxa" w:w="547"/>
            <w:vAlign w:val="center"/>
          </w:tcPr>
          <w:p>
            <w:pPr>
              <w:spacing w:after="0" w:before="0" w:line="197" w:lineRule="auto"/>
              <w:jc w:val="center"/>
            </w:pPr>
            <w:r>
              <w:rPr>
                <w:sz w:val="11"/>
              </w:rPr>
              <w:t>#172</w:t>
            </w:r>
          </w:p>
        </w:tc>
        <w:tc>
          <w:tcPr>
            <w:tcW w:type="dxa" w:w="2232"/>
            <w:vAlign w:val="center"/>
          </w:tcPr>
          <w:p>
            <w:pPr>
              <w:spacing w:after="0" w:before="0" w:line="197" w:lineRule="auto"/>
            </w:pPr>
            <w:r>
              <w:rPr>
                <w:sz w:val="11"/>
              </w:rPr>
              <w:t>A Fuller Life Surrogacy</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#173</w:t>
            </w:r>
          </w:p>
        </w:tc>
        <w:tc>
          <w:tcPr>
            <w:tcW w:type="dxa" w:w="2232"/>
            <w:vAlign w:val="center"/>
          </w:tcPr>
          <w:p>
            <w:pPr>
              <w:spacing w:after="0" w:before="0" w:line="197" w:lineRule="auto"/>
            </w:pPr>
            <w:r>
              <w:rPr>
                <w:sz w:val="11"/>
              </w:rPr>
              <w:t>A Jewish Blessing</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Jewish-affiliated · Est.No info · — · Cost: No info · Match: No info</w:t>
            </w:r>
          </w:p>
        </w:tc>
      </w:tr>
      <w:tr>
        <w:tc>
          <w:tcPr>
            <w:tcW w:type="dxa" w:w="547"/>
            <w:vAlign w:val="center"/>
          </w:tcPr>
          <w:p>
            <w:pPr>
              <w:spacing w:after="0" w:before="0" w:line="197" w:lineRule="auto"/>
              <w:jc w:val="center"/>
            </w:pPr>
            <w:r>
              <w:rPr>
                <w:sz w:val="11"/>
              </w:rPr>
              <w:t>#174</w:t>
            </w:r>
          </w:p>
        </w:tc>
        <w:tc>
          <w:tcPr>
            <w:tcW w:type="dxa" w:w="2232"/>
            <w:vAlign w:val="center"/>
          </w:tcPr>
          <w:p>
            <w:pPr>
              <w:spacing w:after="0" w:before="0" w:line="197" w:lineRule="auto"/>
            </w:pPr>
            <w:r>
              <w:rPr>
                <w:sz w:val="11"/>
              </w:rPr>
              <w:t>A Perfect Match,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#175</w:t>
            </w:r>
          </w:p>
        </w:tc>
        <w:tc>
          <w:tcPr>
            <w:tcW w:type="dxa" w:w="2232"/>
            <w:vAlign w:val="center"/>
          </w:tcPr>
          <w:p>
            <w:pPr>
              <w:spacing w:after="0" w:before="0" w:line="197" w:lineRule="auto"/>
            </w:pPr>
            <w:r>
              <w:rPr>
                <w:sz w:val="11"/>
              </w:rPr>
              <w:t>Abundant Life Surrogacy</w:t>
            </w:r>
          </w:p>
        </w:tc>
        <w:tc>
          <w:tcPr>
            <w:tcW w:type="dxa" w:w="648"/>
            <w:vAlign w:val="center"/>
          </w:tcPr>
          <w:p>
            <w:pPr>
              <w:spacing w:after="0" w:before="0" w:line="197" w:lineRule="auto"/>
              <w:jc w:val="center"/>
            </w:pPr>
            <w:r>
              <w:rPr>
                <w:sz w:val="11"/>
              </w:rPr>
              <w:t>ID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Idaho · Faith-based · Est.No info · — · Cost: No info · Match: No info</w:t>
            </w:r>
          </w:p>
        </w:tc>
      </w:tr>
      <w:tr>
        <w:tc>
          <w:tcPr>
            <w:tcW w:type="dxa" w:w="547"/>
            <w:vAlign w:val="center"/>
          </w:tcPr>
          <w:p>
            <w:pPr>
              <w:spacing w:after="0" w:before="0" w:line="197" w:lineRule="auto"/>
              <w:jc w:val="center"/>
            </w:pPr>
            <w:r>
              <w:rPr>
                <w:sz w:val="11"/>
              </w:rPr>
              <w:t>#176</w:t>
            </w:r>
          </w:p>
        </w:tc>
        <w:tc>
          <w:tcPr>
            <w:tcW w:type="dxa" w:w="2232"/>
            <w:vAlign w:val="center"/>
          </w:tcPr>
          <w:p>
            <w:pPr>
              <w:spacing w:after="0" w:before="0" w:line="197" w:lineRule="auto"/>
            </w:pPr>
            <w:r>
              <w:rPr>
                <w:sz w:val="11"/>
              </w:rPr>
              <w:t>Adoption and Surrogacy Choices of Colorado</w:t>
            </w:r>
          </w:p>
        </w:tc>
        <w:tc>
          <w:tcPr>
            <w:tcW w:type="dxa" w:w="648"/>
            <w:vAlign w:val="center"/>
          </w:tcPr>
          <w:p>
            <w:pPr>
              <w:spacing w:after="0" w:before="0" w:line="197" w:lineRule="auto"/>
              <w:jc w:val="center"/>
            </w:pPr>
            <w:r>
              <w:rPr>
                <w:sz w:val="11"/>
              </w:rPr>
              <w:t>CO</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#177</w:t>
            </w:r>
          </w:p>
        </w:tc>
        <w:tc>
          <w:tcPr>
            <w:tcW w:type="dxa" w:w="2232"/>
            <w:vAlign w:val="center"/>
          </w:tcPr>
          <w:p>
            <w:pPr>
              <w:spacing w:after="0" w:before="0" w:line="197" w:lineRule="auto"/>
            </w:pPr>
            <w:r>
              <w:rPr>
                <w:sz w:val="11"/>
              </w:rPr>
              <w:t>Adoption and Surrogacy Choices of Reno</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#178</w:t>
            </w:r>
          </w:p>
        </w:tc>
        <w:tc>
          <w:tcPr>
            <w:tcW w:type="dxa" w:w="2232"/>
            <w:vAlign w:val="center"/>
          </w:tcPr>
          <w:p>
            <w:pPr>
              <w:spacing w:after="0" w:before="0" w:line="197" w:lineRule="auto"/>
            </w:pPr>
            <w:r>
              <w:rPr>
                <w:sz w:val="11"/>
              </w:rPr>
              <w:t>Advocates for Surrogacy</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#179</w:t>
            </w:r>
          </w:p>
        </w:tc>
        <w:tc>
          <w:tcPr>
            <w:tcW w:type="dxa" w:w="2232"/>
            <w:vAlign w:val="center"/>
          </w:tcPr>
          <w:p>
            <w:pPr>
              <w:spacing w:after="0" w:before="0" w:line="197" w:lineRule="auto"/>
            </w:pPr>
            <w:r>
              <w:rPr>
                <w:sz w:val="11"/>
              </w:rPr>
              <w:t>AESC International Medical Surrogacy,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International specialty · Est.No info · — · Cost: No info · Match: No info</w:t>
            </w:r>
          </w:p>
        </w:tc>
      </w:tr>
      <w:tr>
        <w:tc>
          <w:tcPr>
            <w:tcW w:type="dxa" w:w="547"/>
            <w:vAlign w:val="center"/>
          </w:tcPr>
          <w:p>
            <w:pPr>
              <w:spacing w:after="0" w:before="0" w:line="197" w:lineRule="auto"/>
              <w:jc w:val="center"/>
            </w:pPr>
            <w:r>
              <w:rPr>
                <w:sz w:val="11"/>
              </w:rPr>
              <w:t>#180</w:t>
            </w:r>
          </w:p>
        </w:tc>
        <w:tc>
          <w:tcPr>
            <w:tcW w:type="dxa" w:w="2232"/>
            <w:vAlign w:val="center"/>
          </w:tcPr>
          <w:p>
            <w:pPr>
              <w:spacing w:after="0" w:before="0" w:line="197" w:lineRule="auto"/>
            </w:pPr>
            <w:r>
              <w:rPr>
                <w:sz w:val="11"/>
              </w:rPr>
              <w:t>Aloha Island Family Surrogacy</w:t>
            </w:r>
          </w:p>
        </w:tc>
        <w:tc>
          <w:tcPr>
            <w:tcW w:type="dxa" w:w="648"/>
            <w:vAlign w:val="center"/>
          </w:tcPr>
          <w:p>
            <w:pPr>
              <w:spacing w:after="0" w:before="0" w:line="197" w:lineRule="auto"/>
              <w:jc w:val="center"/>
            </w:pPr>
            <w:r>
              <w:rPr>
                <w:sz w:val="11"/>
              </w:rPr>
              <w:t>HI</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Hawaii · Est.No info · — · Cost: No info · Match: No info</w:t>
            </w:r>
          </w:p>
        </w:tc>
      </w:tr>
      <w:tr>
        <w:tc>
          <w:tcPr>
            <w:tcW w:type="dxa" w:w="547"/>
            <w:vAlign w:val="center"/>
          </w:tcPr>
          <w:p>
            <w:pPr>
              <w:spacing w:after="0" w:before="0" w:line="197" w:lineRule="auto"/>
              <w:jc w:val="center"/>
            </w:pPr>
            <w:r>
              <w:rPr>
                <w:sz w:val="11"/>
              </w:rPr>
              <w:t>#181</w:t>
            </w:r>
          </w:p>
        </w:tc>
        <w:tc>
          <w:tcPr>
            <w:tcW w:type="dxa" w:w="2232"/>
            <w:vAlign w:val="center"/>
          </w:tcPr>
          <w:p>
            <w:pPr>
              <w:spacing w:after="0" w:before="0" w:line="197" w:lineRule="auto"/>
            </w:pPr>
            <w:r>
              <w:rPr>
                <w:sz w:val="11"/>
              </w:rPr>
              <w:t>Alternative Reproductive Resources</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r>
        <w:tc>
          <w:tcPr>
            <w:tcW w:type="dxa" w:w="547"/>
            <w:vAlign w:val="center"/>
          </w:tcPr>
          <w:p>
            <w:pPr>
              <w:spacing w:after="0" w:before="0" w:line="197" w:lineRule="auto"/>
              <w:jc w:val="center"/>
            </w:pPr>
            <w:r>
              <w:rPr>
                <w:sz w:val="11"/>
              </w:rPr>
              <w:t>#182</w:t>
            </w:r>
          </w:p>
        </w:tc>
        <w:tc>
          <w:tcPr>
            <w:tcW w:type="dxa" w:w="2232"/>
            <w:vAlign w:val="center"/>
          </w:tcPr>
          <w:p>
            <w:pPr>
              <w:spacing w:after="0" w:before="0" w:line="197" w:lineRule="auto"/>
            </w:pPr>
            <w:r>
              <w:rPr>
                <w:sz w:val="11"/>
              </w:rPr>
              <w:t>AmCan Fertility Resources Group</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US-Canada specialty (name implies) · Est.No info · — · Cost: No info · Match: No info</w:t>
            </w:r>
          </w:p>
        </w:tc>
      </w:tr>
      <w:tr>
        <w:tc>
          <w:tcPr>
            <w:tcW w:type="dxa" w:w="547"/>
            <w:vAlign w:val="center"/>
          </w:tcPr>
          <w:p>
            <w:pPr>
              <w:spacing w:after="0" w:before="0" w:line="197" w:lineRule="auto"/>
              <w:jc w:val="center"/>
            </w:pPr>
            <w:r>
              <w:rPr>
                <w:sz w:val="11"/>
              </w:rPr>
              <w:t>#183</w:t>
            </w:r>
          </w:p>
        </w:tc>
        <w:tc>
          <w:tcPr>
            <w:tcW w:type="dxa" w:w="2232"/>
            <w:vAlign w:val="center"/>
          </w:tcPr>
          <w:p>
            <w:pPr>
              <w:spacing w:after="0" w:before="0" w:line="197" w:lineRule="auto"/>
            </w:pPr>
            <w:r>
              <w:rPr>
                <w:sz w:val="11"/>
              </w:rPr>
              <w:t>Angel Babies Surrogacy &amp; Egg Donation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#184</w:t>
            </w:r>
          </w:p>
        </w:tc>
        <w:tc>
          <w:tcPr>
            <w:tcW w:type="dxa" w:w="2232"/>
            <w:vAlign w:val="center"/>
          </w:tcPr>
          <w:p>
            <w:pPr>
              <w:spacing w:after="0" w:before="0" w:line="197" w:lineRule="auto"/>
            </w:pPr>
            <w:r>
              <w:rPr>
                <w:sz w:val="11"/>
              </w:rPr>
              <w:t>Angel Matcher / Matching Angels,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#185</w:t>
            </w:r>
          </w:p>
        </w:tc>
        <w:tc>
          <w:tcPr>
            <w:tcW w:type="dxa" w:w="2232"/>
            <w:vAlign w:val="center"/>
          </w:tcPr>
          <w:p>
            <w:pPr>
              <w:spacing w:after="0" w:before="0" w:line="197" w:lineRule="auto"/>
            </w:pPr>
            <w:r>
              <w:rPr>
                <w:sz w:val="11"/>
              </w:rPr>
              <w:t>Angels of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#186</w:t>
            </w:r>
          </w:p>
        </w:tc>
        <w:tc>
          <w:tcPr>
            <w:tcW w:type="dxa" w:w="2232"/>
            <w:vAlign w:val="center"/>
          </w:tcPr>
          <w:p>
            <w:pPr>
              <w:spacing w:after="0" w:before="0" w:line="197" w:lineRule="auto"/>
            </w:pPr>
            <w:r>
              <w:rPr>
                <w:sz w:val="11"/>
              </w:rPr>
              <w:t>Arizona Miracles</w:t>
            </w:r>
          </w:p>
        </w:tc>
        <w:tc>
          <w:tcPr>
            <w:tcW w:type="dxa" w:w="648"/>
            <w:vAlign w:val="center"/>
          </w:tcPr>
          <w:p>
            <w:pPr>
              <w:spacing w:after="0" w:before="0" w:line="197" w:lineRule="auto"/>
              <w:jc w:val="center"/>
            </w:pPr>
            <w:r>
              <w:rPr>
                <w:sz w:val="11"/>
              </w:rPr>
              <w:t>AZ</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Arizona · Est.No info · — · Cost: No info · Match: No info</w:t>
            </w:r>
          </w:p>
        </w:tc>
      </w:tr>
      <w:tr>
        <w:tc>
          <w:tcPr>
            <w:tcW w:type="dxa" w:w="547"/>
            <w:vAlign w:val="center"/>
          </w:tcPr>
          <w:p>
            <w:pPr>
              <w:spacing w:after="0" w:before="0" w:line="197" w:lineRule="auto"/>
              <w:jc w:val="center"/>
            </w:pPr>
            <w:r>
              <w:rPr>
                <w:sz w:val="11"/>
              </w:rPr>
              <w:t>#187</w:t>
            </w:r>
          </w:p>
        </w:tc>
        <w:tc>
          <w:tcPr>
            <w:tcW w:type="dxa" w:w="2232"/>
            <w:vAlign w:val="center"/>
          </w:tcPr>
          <w:p>
            <w:pPr>
              <w:spacing w:after="0" w:before="0" w:line="197" w:lineRule="auto"/>
            </w:pPr>
            <w:r>
              <w:rPr>
                <w:sz w:val="11"/>
              </w:rPr>
              <w:t>ARTparenting</w:t>
            </w:r>
          </w:p>
        </w:tc>
        <w:tc>
          <w:tcPr>
            <w:tcW w:type="dxa" w:w="648"/>
            <w:vAlign w:val="center"/>
          </w:tcPr>
          <w:p>
            <w:pPr>
              <w:spacing w:after="0" w:before="0" w:line="197" w:lineRule="auto"/>
              <w:jc w:val="center"/>
            </w:pPr>
            <w:r>
              <w:rPr>
                <w:sz w:val="11"/>
              </w:rPr>
              <w:t>MD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44</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Full-service · Est.2005 · Est.2005 · 4.5★ · Cost: $150–$180 · Match: 6 mo</w:t>
            </w:r>
          </w:p>
        </w:tc>
      </w:tr>
      <w:tr>
        <w:tc>
          <w:tcPr>
            <w:tcW w:type="dxa" w:w="547"/>
            <w:vAlign w:val="center"/>
          </w:tcPr>
          <w:p>
            <w:pPr>
              <w:spacing w:after="0" w:before="0" w:line="197" w:lineRule="auto"/>
              <w:jc w:val="center"/>
            </w:pPr>
            <w:r>
              <w:rPr>
                <w:sz w:val="11"/>
              </w:rPr>
              <w:t>#188</w:t>
            </w:r>
          </w:p>
        </w:tc>
        <w:tc>
          <w:tcPr>
            <w:tcW w:type="dxa" w:w="2232"/>
            <w:vAlign w:val="center"/>
          </w:tcPr>
          <w:p>
            <w:pPr>
              <w:spacing w:after="0" w:before="0" w:line="197" w:lineRule="auto"/>
            </w:pPr>
            <w:r>
              <w:rPr>
                <w:sz w:val="11"/>
              </w:rPr>
              <w:t>Aspen Surrogacy Group</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#189</w:t>
            </w:r>
          </w:p>
        </w:tc>
        <w:tc>
          <w:tcPr>
            <w:tcW w:type="dxa" w:w="2232"/>
            <w:vAlign w:val="center"/>
          </w:tcPr>
          <w:p>
            <w:pPr>
              <w:spacing w:after="0" w:before="0" w:line="197" w:lineRule="auto"/>
            </w:pPr>
            <w:r>
              <w:rPr>
                <w:sz w:val="11"/>
              </w:rPr>
              <w:t>Atlanta Surrogacy Center</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Est.No info · — · Cost: No info · Match: No info</w:t>
            </w:r>
          </w:p>
        </w:tc>
      </w:tr>
      <w:tr>
        <w:tc>
          <w:tcPr>
            <w:tcW w:type="dxa" w:w="547"/>
            <w:vAlign w:val="center"/>
          </w:tcPr>
          <w:p>
            <w:pPr>
              <w:spacing w:after="0" w:before="0" w:line="197" w:lineRule="auto"/>
              <w:jc w:val="center"/>
            </w:pPr>
            <w:r>
              <w:rPr>
                <w:sz w:val="11"/>
              </w:rPr>
              <w:t>#190</w:t>
            </w:r>
          </w:p>
        </w:tc>
        <w:tc>
          <w:tcPr>
            <w:tcW w:type="dxa" w:w="2232"/>
            <w:vAlign w:val="center"/>
          </w:tcPr>
          <w:p>
            <w:pPr>
              <w:spacing w:after="0" w:before="0" w:line="197" w:lineRule="auto"/>
            </w:pPr>
            <w:r>
              <w:rPr>
                <w:sz w:val="11"/>
              </w:rPr>
              <w:t>Avenues to Surrogacy, LLC</w:t>
            </w:r>
          </w:p>
        </w:tc>
        <w:tc>
          <w:tcPr>
            <w:tcW w:type="dxa" w:w="648"/>
            <w:vAlign w:val="center"/>
          </w:tcPr>
          <w:p>
            <w:pPr>
              <w:spacing w:after="0" w:before="0" w:line="197" w:lineRule="auto"/>
              <w:jc w:val="center"/>
            </w:pPr>
            <w:r>
              <w:rPr>
                <w:sz w:val="11"/>
              </w:rPr>
              <w:t>NH</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Hampshire · Est.No info · — · Cost: No info · Match: No info</w:t>
            </w:r>
          </w:p>
        </w:tc>
      </w:tr>
      <w:tr>
        <w:tc>
          <w:tcPr>
            <w:tcW w:type="dxa" w:w="547"/>
            <w:vAlign w:val="center"/>
          </w:tcPr>
          <w:p>
            <w:pPr>
              <w:spacing w:after="0" w:before="0" w:line="197" w:lineRule="auto"/>
              <w:jc w:val="center"/>
            </w:pPr>
            <w:r>
              <w:rPr>
                <w:sz w:val="11"/>
              </w:rPr>
              <w:t>#191</w:t>
            </w:r>
          </w:p>
        </w:tc>
        <w:tc>
          <w:tcPr>
            <w:tcW w:type="dxa" w:w="2232"/>
            <w:vAlign w:val="center"/>
          </w:tcPr>
          <w:p>
            <w:pPr>
              <w:spacing w:after="0" w:before="0" w:line="197" w:lineRule="auto"/>
            </w:pPr>
            <w:r>
              <w:rPr>
                <w:sz w:val="11"/>
              </w:rPr>
              <w:t>Babiology Surrogacy and Egg Donation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#192</w:t>
            </w:r>
          </w:p>
        </w:tc>
        <w:tc>
          <w:tcPr>
            <w:tcW w:type="dxa" w:w="2232"/>
            <w:vAlign w:val="center"/>
          </w:tcPr>
          <w:p>
            <w:pPr>
              <w:spacing w:after="0" w:before="0" w:line="197" w:lineRule="auto"/>
            </w:pPr>
            <w:r>
              <w:rPr>
                <w:sz w:val="11"/>
              </w:rPr>
              <w:t>Baby Bump Journeys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#193</w:t>
            </w:r>
          </w:p>
        </w:tc>
        <w:tc>
          <w:tcPr>
            <w:tcW w:type="dxa" w:w="2232"/>
            <w:vAlign w:val="center"/>
          </w:tcPr>
          <w:p>
            <w:pPr>
              <w:spacing w:after="0" w:before="0" w:line="197" w:lineRule="auto"/>
            </w:pPr>
            <w:r>
              <w:rPr>
                <w:sz w:val="11"/>
              </w:rPr>
              <w:t>Baby With Us</w:t>
            </w:r>
          </w:p>
        </w:tc>
        <w:tc>
          <w:tcPr>
            <w:tcW w:type="dxa" w:w="648"/>
            <w:vAlign w:val="center"/>
          </w:tcPr>
          <w:p>
            <w:pPr>
              <w:spacing w:after="0" w:before="0" w:line="197" w:lineRule="auto"/>
              <w:jc w:val="center"/>
            </w:pPr>
            <w:r>
              <w:rPr>
                <w:sz w:val="11"/>
              </w:rPr>
              <w:t>PA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Est.No info · — · Cost: No info · Match: No info</w:t>
            </w:r>
          </w:p>
        </w:tc>
      </w:tr>
      <w:tr>
        <w:tc>
          <w:tcPr>
            <w:tcW w:type="dxa" w:w="547"/>
            <w:vAlign w:val="center"/>
          </w:tcPr>
          <w:p>
            <w:pPr>
              <w:spacing w:after="0" w:before="0" w:line="197" w:lineRule="auto"/>
              <w:jc w:val="center"/>
            </w:pPr>
            <w:r>
              <w:rPr>
                <w:sz w:val="11"/>
              </w:rPr>
              <w:t>#194</w:t>
            </w:r>
          </w:p>
        </w:tc>
        <w:tc>
          <w:tcPr>
            <w:tcW w:type="dxa" w:w="2232"/>
            <w:vAlign w:val="center"/>
          </w:tcPr>
          <w:p>
            <w:pPr>
              <w:spacing w:after="0" w:before="0" w:line="197" w:lineRule="auto"/>
            </w:pPr>
            <w:r>
              <w:rPr>
                <w:sz w:val="11"/>
              </w:rPr>
              <w:t>BabyBoom Surrogacy Corp</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#195</w:t>
            </w:r>
          </w:p>
        </w:tc>
        <w:tc>
          <w:tcPr>
            <w:tcW w:type="dxa" w:w="2232"/>
            <w:vAlign w:val="center"/>
          </w:tcPr>
          <w:p>
            <w:pPr>
              <w:spacing w:after="0" w:before="0" w:line="197" w:lineRule="auto"/>
            </w:pPr>
            <w:r>
              <w:rPr>
                <w:sz w:val="11"/>
              </w:rPr>
              <w:t>Bamboo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#196</w:t>
            </w:r>
          </w:p>
        </w:tc>
        <w:tc>
          <w:tcPr>
            <w:tcW w:type="dxa" w:w="2232"/>
            <w:vAlign w:val="center"/>
          </w:tcPr>
          <w:p>
            <w:pPr>
              <w:spacing w:after="0" w:before="0" w:line="197" w:lineRule="auto"/>
            </w:pPr>
            <w:r>
              <w:rPr>
                <w:sz w:val="11"/>
              </w:rPr>
              <w:t>Blessing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#197</w:t>
            </w:r>
          </w:p>
        </w:tc>
        <w:tc>
          <w:tcPr>
            <w:tcW w:type="dxa" w:w="2232"/>
            <w:vAlign w:val="center"/>
          </w:tcPr>
          <w:p>
            <w:pPr>
              <w:spacing w:after="0" w:before="0" w:line="197" w:lineRule="auto"/>
            </w:pPr>
            <w:r>
              <w:rPr>
                <w:sz w:val="11"/>
              </w:rPr>
              <w:t>Blissful Bloom Birth,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#198</w:t>
            </w:r>
          </w:p>
        </w:tc>
        <w:tc>
          <w:tcPr>
            <w:tcW w:type="dxa" w:w="2232"/>
            <w:vAlign w:val="center"/>
          </w:tcPr>
          <w:p>
            <w:pPr>
              <w:spacing w:after="0" w:before="0" w:line="197" w:lineRule="auto"/>
            </w:pPr>
            <w:r>
              <w:rPr>
                <w:sz w:val="11"/>
              </w:rPr>
              <w:t>Blissful 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#199</w:t>
            </w:r>
          </w:p>
        </w:tc>
        <w:tc>
          <w:tcPr>
            <w:tcW w:type="dxa" w:w="2232"/>
            <w:vAlign w:val="center"/>
          </w:tcPr>
          <w:p>
            <w:pPr>
              <w:spacing w:after="0" w:before="0" w:line="197" w:lineRule="auto"/>
            </w:pPr>
            <w:r>
              <w:rPr>
                <w:sz w:val="11"/>
              </w:rPr>
              <w:t>Blossom Surrogacy,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#200</w:t>
            </w:r>
          </w:p>
        </w:tc>
        <w:tc>
          <w:tcPr>
            <w:tcW w:type="dxa" w:w="2232"/>
            <w:vAlign w:val="center"/>
          </w:tcPr>
          <w:p>
            <w:pPr>
              <w:spacing w:after="0" w:before="0" w:line="197" w:lineRule="auto"/>
            </w:pPr>
            <w:r>
              <w:rPr>
                <w:sz w:val="11"/>
              </w:rPr>
              <w:t>Building Blocks Agency Surrogacy &amp; Embryo DonationSurrogacyNetwork lis Idaho</w:t>
            </w:r>
          </w:p>
        </w:tc>
        <w:tc>
          <w:tcPr>
            <w:tcW w:type="dxa" w:w="648"/>
            <w:vAlign w:val="center"/>
          </w:tcPr>
          <w:p>
            <w:pPr>
              <w:spacing w:after="0" w:before="0" w:line="197" w:lineRule="auto"/>
              <w:jc w:val="center"/>
            </w:pPr>
            <w:r>
              <w:rPr>
                <w:sz w:val="11"/>
              </w:rPr>
              <w:t>ID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Idaho · Est.No info · — · Cost: No info · Match: No info</w:t>
            </w:r>
          </w:p>
        </w:tc>
      </w:tr>
      <w:tr>
        <w:tc>
          <w:tcPr>
            <w:tcW w:type="dxa" w:w="547"/>
            <w:vAlign w:val="center"/>
          </w:tcPr>
          <w:p>
            <w:pPr>
              <w:spacing w:after="0" w:before="0" w:line="197" w:lineRule="auto"/>
              <w:jc w:val="center"/>
            </w:pPr>
            <w:r>
              <w:rPr>
                <w:sz w:val="11"/>
              </w:rPr>
              <w:t>#201</w:t>
            </w:r>
          </w:p>
        </w:tc>
        <w:tc>
          <w:tcPr>
            <w:tcW w:type="dxa" w:w="2232"/>
            <w:vAlign w:val="center"/>
          </w:tcPr>
          <w:p>
            <w:pPr>
              <w:spacing w:after="0" w:before="0" w:line="197" w:lineRule="auto"/>
            </w:pPr>
            <w:r>
              <w:rPr>
                <w:sz w:val="11"/>
              </w:rPr>
              <w:t>Building Families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#202</w:t>
            </w:r>
          </w:p>
        </w:tc>
        <w:tc>
          <w:tcPr>
            <w:tcW w:type="dxa" w:w="2232"/>
            <w:vAlign w:val="center"/>
          </w:tcPr>
          <w:p>
            <w:pPr>
              <w:spacing w:after="0" w:before="0" w:line="197" w:lineRule="auto"/>
            </w:pPr>
            <w:r>
              <w:rPr>
                <w:sz w:val="11"/>
              </w:rPr>
              <w:t>Bumps and Blessings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1</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California · 1.0★ 1 review SurrogacyNetwork · Low score · Est.No info · 1.0★ · Cost: No info · Match: No info</w:t>
            </w:r>
          </w:p>
        </w:tc>
      </w:tr>
      <w:tr>
        <w:tc>
          <w:tcPr>
            <w:tcW w:type="dxa" w:w="547"/>
            <w:vAlign w:val="center"/>
          </w:tcPr>
          <w:p>
            <w:pPr>
              <w:spacing w:after="0" w:before="0" w:line="197" w:lineRule="auto"/>
              <w:jc w:val="center"/>
            </w:pPr>
            <w:r>
              <w:rPr>
                <w:sz w:val="11"/>
              </w:rPr>
              <w:t>#203</w:t>
            </w:r>
          </w:p>
        </w:tc>
        <w:tc>
          <w:tcPr>
            <w:tcW w:type="dxa" w:w="2232"/>
            <w:vAlign w:val="center"/>
          </w:tcPr>
          <w:p>
            <w:pPr>
              <w:spacing w:after="0" w:before="0" w:line="197" w:lineRule="auto"/>
            </w:pPr>
            <w:r>
              <w:rPr>
                <w:sz w:val="11"/>
              </w:rPr>
              <w:t>Bundles Of Joy,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#204</w:t>
            </w:r>
          </w:p>
        </w:tc>
        <w:tc>
          <w:tcPr>
            <w:tcW w:type="dxa" w:w="2232"/>
            <w:vAlign w:val="center"/>
          </w:tcPr>
          <w:p>
            <w:pPr>
              <w:spacing w:after="0" w:before="0" w:line="197" w:lineRule="auto"/>
            </w:pPr>
            <w:r>
              <w:rPr>
                <w:sz w:val="11"/>
              </w:rPr>
              <w:t>C2Surrogacy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5.0★ 1 review SurrogacyNetwork · Est.No info · 5.0★ · Cost: No info · Match: No info</w:t>
            </w:r>
          </w:p>
        </w:tc>
      </w:tr>
      <w:tr>
        <w:tc>
          <w:tcPr>
            <w:tcW w:type="dxa" w:w="547"/>
            <w:vAlign w:val="center"/>
          </w:tcPr>
          <w:p>
            <w:pPr>
              <w:spacing w:after="0" w:before="0" w:line="197" w:lineRule="auto"/>
              <w:jc w:val="center"/>
            </w:pPr>
            <w:r>
              <w:rPr>
                <w:sz w:val="11"/>
              </w:rPr>
              <w:t>#205</w:t>
            </w:r>
          </w:p>
        </w:tc>
        <w:tc>
          <w:tcPr>
            <w:tcW w:type="dxa" w:w="2232"/>
            <w:vAlign w:val="center"/>
          </w:tcPr>
          <w:p>
            <w:pPr>
              <w:spacing w:after="0" w:before="0" w:line="197" w:lineRule="auto"/>
            </w:pPr>
            <w:r>
              <w:rPr>
                <w:sz w:val="11"/>
              </w:rPr>
              <w:t>California NuLife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#206</w:t>
            </w:r>
          </w:p>
        </w:tc>
        <w:tc>
          <w:tcPr>
            <w:tcW w:type="dxa" w:w="2232"/>
            <w:vAlign w:val="center"/>
          </w:tcPr>
          <w:p>
            <w:pPr>
              <w:spacing w:after="0" w:before="0" w:line="197" w:lineRule="auto"/>
            </w:pPr>
            <w:r>
              <w:rPr>
                <w:sz w:val="11"/>
              </w:rPr>
              <w:t>California State Surrogacy Center</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Los Angeles CA · Est.No info · — · Cost: No info · Match: No info</w:t>
            </w:r>
          </w:p>
        </w:tc>
      </w:tr>
      <w:tr>
        <w:tc>
          <w:tcPr>
            <w:tcW w:type="dxa" w:w="547"/>
            <w:vAlign w:val="center"/>
          </w:tcPr>
          <w:p>
            <w:pPr>
              <w:spacing w:after="0" w:before="0" w:line="197" w:lineRule="auto"/>
              <w:jc w:val="center"/>
            </w:pPr>
            <w:r>
              <w:rPr>
                <w:sz w:val="11"/>
              </w:rPr>
              <w:t>#207</w:t>
            </w:r>
          </w:p>
        </w:tc>
        <w:tc>
          <w:tcPr>
            <w:tcW w:type="dxa" w:w="2232"/>
            <w:vAlign w:val="center"/>
          </w:tcPr>
          <w:p>
            <w:pPr>
              <w:spacing w:after="0" w:before="0" w:line="197" w:lineRule="auto"/>
            </w:pPr>
            <w:r>
              <w:rPr>
                <w:sz w:val="11"/>
              </w:rPr>
              <w:t>Care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#208</w:t>
            </w:r>
          </w:p>
        </w:tc>
        <w:tc>
          <w:tcPr>
            <w:tcW w:type="dxa" w:w="2232"/>
            <w:vAlign w:val="center"/>
          </w:tcPr>
          <w:p>
            <w:pPr>
              <w:spacing w:after="0" w:before="0" w:line="197" w:lineRule="auto"/>
            </w:pPr>
            <w:r>
              <w:rPr>
                <w:sz w:val="11"/>
              </w:rPr>
              <w:t>Carrying Dreams Inc.</w:t>
            </w:r>
          </w:p>
        </w:tc>
        <w:tc>
          <w:tcPr>
            <w:tcW w:type="dxa" w:w="648"/>
            <w:vAlign w:val="center"/>
          </w:tcPr>
          <w:p>
            <w:pPr>
              <w:spacing w:after="0" w:before="0" w:line="197" w:lineRule="auto"/>
              <w:jc w:val="center"/>
            </w:pPr>
            <w:r>
              <w:rPr>
                <w:sz w:val="11"/>
              </w:rPr>
              <w:t>DE</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Delaware · Est.No info · — · Cost: No info · Match: No info</w:t>
            </w:r>
          </w:p>
        </w:tc>
      </w:tr>
      <w:tr>
        <w:tc>
          <w:tcPr>
            <w:tcW w:type="dxa" w:w="547"/>
            <w:vAlign w:val="center"/>
          </w:tcPr>
          <w:p>
            <w:pPr>
              <w:spacing w:after="0" w:before="0" w:line="197" w:lineRule="auto"/>
              <w:jc w:val="center"/>
            </w:pPr>
            <w:r>
              <w:rPr>
                <w:sz w:val="11"/>
              </w:rPr>
              <w:t>#209</w:t>
            </w:r>
          </w:p>
        </w:tc>
        <w:tc>
          <w:tcPr>
            <w:tcW w:type="dxa" w:w="2232"/>
            <w:vAlign w:val="center"/>
          </w:tcPr>
          <w:p>
            <w:pPr>
              <w:spacing w:after="0" w:before="0" w:line="197" w:lineRule="auto"/>
            </w:pPr>
            <w:r>
              <w:rPr>
                <w:sz w:val="11"/>
              </w:rPr>
              <w:t>Center for Egg Options, Illinois LLC</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r>
        <w:tc>
          <w:tcPr>
            <w:tcW w:type="dxa" w:w="547"/>
            <w:vAlign w:val="center"/>
          </w:tcPr>
          <w:p>
            <w:pPr>
              <w:spacing w:after="0" w:before="0" w:line="197" w:lineRule="auto"/>
              <w:jc w:val="center"/>
            </w:pPr>
            <w:r>
              <w:rPr>
                <w:sz w:val="11"/>
              </w:rPr>
              <w:t>#210</w:t>
            </w:r>
          </w:p>
        </w:tc>
        <w:tc>
          <w:tcPr>
            <w:tcW w:type="dxa" w:w="2232"/>
            <w:vAlign w:val="center"/>
          </w:tcPr>
          <w:p>
            <w:pPr>
              <w:spacing w:after="0" w:before="0" w:line="197" w:lineRule="auto"/>
            </w:pPr>
            <w:r>
              <w:rPr>
                <w:sz w:val="11"/>
              </w:rPr>
              <w:t>Central Coast Surrogacy,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#211</w:t>
            </w:r>
          </w:p>
        </w:tc>
        <w:tc>
          <w:tcPr>
            <w:tcW w:type="dxa" w:w="2232"/>
            <w:vAlign w:val="center"/>
          </w:tcPr>
          <w:p>
            <w:pPr>
              <w:spacing w:after="0" w:before="0" w:line="197" w:lineRule="auto"/>
            </w:pPr>
            <w:r>
              <w:rPr>
                <w:sz w:val="11"/>
              </w:rPr>
              <w:t>Coastal Surrogacy,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#212</w:t>
            </w:r>
          </w:p>
        </w:tc>
        <w:tc>
          <w:tcPr>
            <w:tcW w:type="dxa" w:w="2232"/>
            <w:vAlign w:val="center"/>
          </w:tcPr>
          <w:p>
            <w:pPr>
              <w:spacing w:after="0" w:before="0" w:line="197" w:lineRule="auto"/>
            </w:pPr>
            <w:r>
              <w:rPr>
                <w:sz w:val="11"/>
              </w:rPr>
              <w:t>Cofertility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California · Est.2021 · Egg freezing + surrogacy · LGBTQ+ · Split/Freeze program · Est.2021 · 4.5★ · Cost: No info · Mat</w:t>
            </w:r>
          </w:p>
        </w:tc>
      </w:tr>
      <w:tr>
        <w:tc>
          <w:tcPr>
            <w:tcW w:type="dxa" w:w="547"/>
            <w:vAlign w:val="center"/>
          </w:tcPr>
          <w:p>
            <w:pPr>
              <w:spacing w:after="0" w:before="0" w:line="197" w:lineRule="auto"/>
              <w:jc w:val="center"/>
            </w:pPr>
            <w:r>
              <w:rPr>
                <w:sz w:val="11"/>
              </w:rPr>
              <w:t>#213</w:t>
            </w:r>
          </w:p>
        </w:tc>
        <w:tc>
          <w:tcPr>
            <w:tcW w:type="dxa" w:w="2232"/>
            <w:vAlign w:val="center"/>
          </w:tcPr>
          <w:p>
            <w:pPr>
              <w:spacing w:after="0" w:before="0" w:line="197" w:lineRule="auto"/>
            </w:pPr>
            <w:r>
              <w:rPr>
                <w:sz w:val="11"/>
              </w:rPr>
              <w:t>Collective Surrogacy</w:t>
            </w:r>
          </w:p>
        </w:tc>
        <w:tc>
          <w:tcPr>
            <w:tcW w:type="dxa" w:w="648"/>
            <w:vAlign w:val="center"/>
          </w:tcPr>
          <w:p>
            <w:pPr>
              <w:spacing w:after="0" w:before="0" w:line="197" w:lineRule="auto"/>
              <w:jc w:val="center"/>
            </w:pPr>
            <w:r>
              <w:rPr>
                <w:sz w:val="11"/>
              </w:rPr>
              <w:t>MN</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Minnesota · Est.No info · — · Cost: No info · Match: No info</w:t>
            </w:r>
          </w:p>
        </w:tc>
      </w:tr>
      <w:tr>
        <w:tc>
          <w:tcPr>
            <w:tcW w:type="dxa" w:w="547"/>
            <w:vAlign w:val="center"/>
          </w:tcPr>
          <w:p>
            <w:pPr>
              <w:spacing w:after="0" w:before="0" w:line="197" w:lineRule="auto"/>
              <w:jc w:val="center"/>
            </w:pPr>
            <w:r>
              <w:rPr>
                <w:sz w:val="11"/>
              </w:rPr>
              <w:t>#214</w:t>
            </w:r>
          </w:p>
        </w:tc>
        <w:tc>
          <w:tcPr>
            <w:tcW w:type="dxa" w:w="2232"/>
            <w:vAlign w:val="center"/>
          </w:tcPr>
          <w:p>
            <w:pPr>
              <w:spacing w:after="0" w:before="0" w:line="197" w:lineRule="auto"/>
            </w:pPr>
            <w:r>
              <w:rPr>
                <w:sz w:val="11"/>
              </w:rPr>
              <w:t>Colorado Surrogacy, LLC</w:t>
            </w:r>
          </w:p>
        </w:tc>
        <w:tc>
          <w:tcPr>
            <w:tcW w:type="dxa" w:w="648"/>
            <w:vAlign w:val="center"/>
          </w:tcPr>
          <w:p>
            <w:pPr>
              <w:spacing w:after="0" w:before="0" w:line="197" w:lineRule="auto"/>
              <w:jc w:val="center"/>
            </w:pPr>
            <w:r>
              <w:rPr>
                <w:sz w:val="11"/>
              </w:rPr>
              <w:t>CO</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Colorado · Est.No info · — · Cost: No info · Match: No info</w:t>
            </w:r>
          </w:p>
        </w:tc>
      </w:tr>
      <w:tr>
        <w:tc>
          <w:tcPr>
            <w:tcW w:type="dxa" w:w="547"/>
            <w:vAlign w:val="center"/>
          </w:tcPr>
          <w:p>
            <w:pPr>
              <w:spacing w:after="0" w:before="0" w:line="197" w:lineRule="auto"/>
              <w:jc w:val="center"/>
            </w:pPr>
            <w:r>
              <w:rPr>
                <w:sz w:val="11"/>
              </w:rPr>
              <w:t>#215</w:t>
            </w:r>
          </w:p>
        </w:tc>
        <w:tc>
          <w:tcPr>
            <w:tcW w:type="dxa" w:w="2232"/>
            <w:vAlign w:val="center"/>
          </w:tcPr>
          <w:p>
            <w:pPr>
              <w:spacing w:after="0" w:before="0" w:line="197" w:lineRule="auto"/>
            </w:pPr>
            <w:r>
              <w:rPr>
                <w:sz w:val="11"/>
              </w:rPr>
              <w:t>Compassionate Conceptions Surrogacy, LLC</w:t>
            </w:r>
          </w:p>
        </w:tc>
        <w:tc>
          <w:tcPr>
            <w:tcW w:type="dxa" w:w="648"/>
            <w:vAlign w:val="center"/>
          </w:tcPr>
          <w:p>
            <w:pPr>
              <w:spacing w:after="0" w:before="0" w:line="197" w:lineRule="auto"/>
              <w:jc w:val="center"/>
            </w:pPr>
            <w:r>
              <w:rPr>
                <w:sz w:val="11"/>
              </w:rPr>
              <w:t>CO</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Covington KY / Ohio · GoStork listed · Est.No info · 4.8★ · Cost: No info · Match: No info</w:t>
            </w:r>
          </w:p>
        </w:tc>
      </w:tr>
      <w:tr>
        <w:tc>
          <w:tcPr>
            <w:tcW w:type="dxa" w:w="547"/>
            <w:vAlign w:val="center"/>
          </w:tcPr>
          <w:p>
            <w:pPr>
              <w:spacing w:after="0" w:before="0" w:line="197" w:lineRule="auto"/>
              <w:jc w:val="center"/>
            </w:pPr>
            <w:r>
              <w:rPr>
                <w:sz w:val="11"/>
              </w:rPr>
              <w:t>#216</w:t>
            </w:r>
          </w:p>
        </w:tc>
        <w:tc>
          <w:tcPr>
            <w:tcW w:type="dxa" w:w="2232"/>
            <w:vAlign w:val="center"/>
          </w:tcPr>
          <w:p>
            <w:pPr>
              <w:spacing w:after="0" w:before="0" w:line="197" w:lineRule="auto"/>
            </w:pPr>
            <w:r>
              <w:rPr>
                <w:sz w:val="11"/>
              </w:rPr>
              <w:t>Conceive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#217</w:t>
            </w:r>
          </w:p>
        </w:tc>
        <w:tc>
          <w:tcPr>
            <w:tcW w:type="dxa" w:w="2232"/>
            <w:vAlign w:val="center"/>
          </w:tcPr>
          <w:p>
            <w:pPr>
              <w:spacing w:after="0" w:before="0" w:line="197" w:lineRule="auto"/>
            </w:pPr>
            <w:r>
              <w:rPr>
                <w:sz w:val="11"/>
              </w:rPr>
              <w:t>Conception 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#218</w:t>
            </w:r>
          </w:p>
        </w:tc>
        <w:tc>
          <w:tcPr>
            <w:tcW w:type="dxa" w:w="2232"/>
            <w:vAlign w:val="center"/>
          </w:tcPr>
          <w:p>
            <w:pPr>
              <w:spacing w:after="0" w:before="0" w:line="197" w:lineRule="auto"/>
            </w:pPr>
            <w:r>
              <w:rPr>
                <w:sz w:val="11"/>
              </w:rPr>
              <w:t>Connecticut Surrogacy Center</w:t>
            </w:r>
          </w:p>
        </w:tc>
        <w:tc>
          <w:tcPr>
            <w:tcW w:type="dxa" w:w="648"/>
            <w:vAlign w:val="center"/>
          </w:tcPr>
          <w:p>
            <w:pPr>
              <w:spacing w:after="0" w:before="0" w:line="197" w:lineRule="auto"/>
              <w:jc w:val="center"/>
            </w:pPr>
            <w:r>
              <w:rPr>
                <w:sz w:val="11"/>
              </w:rPr>
              <w:t>CT</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Connecticut · Est.No info · — · Cost: No info · Match: No info</w:t>
            </w:r>
          </w:p>
        </w:tc>
      </w:tr>
      <w:tr>
        <w:tc>
          <w:tcPr>
            <w:tcW w:type="dxa" w:w="547"/>
            <w:vAlign w:val="center"/>
          </w:tcPr>
          <w:p>
            <w:pPr>
              <w:spacing w:after="0" w:before="0" w:line="197" w:lineRule="auto"/>
              <w:jc w:val="center"/>
            </w:pPr>
            <w:r>
              <w:rPr>
                <w:sz w:val="11"/>
              </w:rPr>
              <w:t>#219</w:t>
            </w:r>
          </w:p>
        </w:tc>
        <w:tc>
          <w:tcPr>
            <w:tcW w:type="dxa" w:w="2232"/>
            <w:vAlign w:val="center"/>
          </w:tcPr>
          <w:p>
            <w:pPr>
              <w:spacing w:after="0" w:before="0" w:line="197" w:lineRule="auto"/>
            </w:pPr>
            <w:r>
              <w:rPr>
                <w:sz w:val="11"/>
              </w:rPr>
              <w:t>Creating Your Dreams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#220</w:t>
            </w:r>
          </w:p>
        </w:tc>
        <w:tc>
          <w:tcPr>
            <w:tcW w:type="dxa" w:w="2232"/>
            <w:vAlign w:val="center"/>
          </w:tcPr>
          <w:p>
            <w:pPr>
              <w:spacing w:after="0" w:before="0" w:line="197" w:lineRule="auto"/>
            </w:pPr>
            <w:r>
              <w:rPr>
                <w:sz w:val="11"/>
              </w:rPr>
              <w:t>Creative Love Egg Donor Agency,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#221</w:t>
            </w:r>
          </w:p>
        </w:tc>
        <w:tc>
          <w:tcPr>
            <w:tcW w:type="dxa" w:w="2232"/>
            <w:vAlign w:val="center"/>
          </w:tcPr>
          <w:p>
            <w:pPr>
              <w:spacing w:after="0" w:before="0" w:line="197" w:lineRule="auto"/>
            </w:pPr>
            <w:r>
              <w:rPr>
                <w:sz w:val="11"/>
              </w:rPr>
              <w:t>CT Fertility</w:t>
            </w:r>
          </w:p>
        </w:tc>
        <w:tc>
          <w:tcPr>
            <w:tcW w:type="dxa" w:w="648"/>
            <w:vAlign w:val="center"/>
          </w:tcPr>
          <w:p>
            <w:pPr>
              <w:spacing w:after="0" w:before="0" w:line="197" w:lineRule="auto"/>
              <w:jc w:val="center"/>
            </w:pPr>
            <w:r>
              <w:rPr>
                <w:sz w:val="11"/>
              </w:rPr>
              <w:t>CT</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Connecticut · Fertility clinic + surrogacy · Est.No info · — · Cost: No info · Match: No info</w:t>
            </w:r>
          </w:p>
        </w:tc>
      </w:tr>
      <w:tr>
        <w:tc>
          <w:tcPr>
            <w:tcW w:type="dxa" w:w="547"/>
            <w:vAlign w:val="center"/>
          </w:tcPr>
          <w:p>
            <w:pPr>
              <w:spacing w:after="0" w:before="0" w:line="197" w:lineRule="auto"/>
              <w:jc w:val="center"/>
            </w:pPr>
            <w:r>
              <w:rPr>
                <w:sz w:val="11"/>
              </w:rPr>
              <w:t>#222</w:t>
            </w:r>
          </w:p>
        </w:tc>
        <w:tc>
          <w:tcPr>
            <w:tcW w:type="dxa" w:w="2232"/>
            <w:vAlign w:val="center"/>
          </w:tcPr>
          <w:p>
            <w:pPr>
              <w:spacing w:after="0" w:before="0" w:line="197" w:lineRule="auto"/>
            </w:pPr>
            <w:r>
              <w:rPr>
                <w:sz w:val="11"/>
              </w:rPr>
              <w:t>Dakota Surrogacy</w:t>
            </w:r>
          </w:p>
        </w:tc>
        <w:tc>
          <w:tcPr>
            <w:tcW w:type="dxa" w:w="648"/>
            <w:vAlign w:val="center"/>
          </w:tcPr>
          <w:p>
            <w:pPr>
              <w:spacing w:after="0" w:before="0" w:line="197" w:lineRule="auto"/>
              <w:jc w:val="center"/>
            </w:pPr>
            <w:r>
              <w:rPr>
                <w:sz w:val="11"/>
              </w:rPr>
              <w:t>SD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South Dakota · Est.No info · — · Cost: No info · Match: No info</w:t>
            </w:r>
          </w:p>
        </w:tc>
      </w:tr>
      <w:tr>
        <w:tc>
          <w:tcPr>
            <w:tcW w:type="dxa" w:w="547"/>
            <w:vAlign w:val="center"/>
          </w:tcPr>
          <w:p>
            <w:pPr>
              <w:spacing w:after="0" w:before="0" w:line="197" w:lineRule="auto"/>
              <w:jc w:val="center"/>
            </w:pPr>
            <w:r>
              <w:rPr>
                <w:sz w:val="11"/>
              </w:rPr>
              <w:t>#223</w:t>
            </w:r>
          </w:p>
        </w:tc>
        <w:tc>
          <w:tcPr>
            <w:tcW w:type="dxa" w:w="2232"/>
            <w:vAlign w:val="center"/>
          </w:tcPr>
          <w:p>
            <w:pPr>
              <w:spacing w:after="0" w:before="0" w:line="197" w:lineRule="auto"/>
            </w:pPr>
            <w:r>
              <w:rPr>
                <w:sz w:val="11"/>
              </w:rPr>
              <w:t>Delaware Surrogacy Center</w:t>
            </w:r>
          </w:p>
        </w:tc>
        <w:tc>
          <w:tcPr>
            <w:tcW w:type="dxa" w:w="648"/>
            <w:vAlign w:val="center"/>
          </w:tcPr>
          <w:p>
            <w:pPr>
              <w:spacing w:after="0" w:before="0" w:line="197" w:lineRule="auto"/>
              <w:jc w:val="center"/>
            </w:pPr>
            <w:r>
              <w:rPr>
                <w:sz w:val="11"/>
              </w:rPr>
              <w:t>DE</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Delaware · Est.No info · — · Cost: No info · Match: No info</w:t>
            </w:r>
          </w:p>
        </w:tc>
      </w:tr>
      <w:tr>
        <w:tc>
          <w:tcPr>
            <w:tcW w:type="dxa" w:w="547"/>
            <w:vAlign w:val="center"/>
          </w:tcPr>
          <w:p>
            <w:pPr>
              <w:spacing w:after="0" w:before="0" w:line="197" w:lineRule="auto"/>
              <w:jc w:val="center"/>
            </w:pPr>
            <w:r>
              <w:rPr>
                <w:sz w:val="11"/>
              </w:rPr>
              <w:t>#224</w:t>
            </w:r>
          </w:p>
        </w:tc>
        <w:tc>
          <w:tcPr>
            <w:tcW w:type="dxa" w:w="2232"/>
            <w:vAlign w:val="center"/>
          </w:tcPr>
          <w:p>
            <w:pPr>
              <w:spacing w:after="0" w:before="0" w:line="197" w:lineRule="auto"/>
            </w:pPr>
            <w:r>
              <w:rPr>
                <w:sz w:val="11"/>
              </w:rPr>
              <w:t>Delivering Hope, LLC</w:t>
            </w:r>
          </w:p>
        </w:tc>
        <w:tc>
          <w:tcPr>
            <w:tcW w:type="dxa" w:w="648"/>
            <w:vAlign w:val="center"/>
          </w:tcPr>
          <w:p>
            <w:pPr>
              <w:spacing w:after="0" w:before="0" w:line="197" w:lineRule="auto"/>
              <w:jc w:val="center"/>
            </w:pPr>
            <w:r>
              <w:rPr>
                <w:sz w:val="11"/>
              </w:rPr>
              <w:t>ID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Idaho · Est.No info · — · Cost: No info · Match: No info</w:t>
            </w:r>
          </w:p>
        </w:tc>
      </w:tr>
      <w:tr>
        <w:tc>
          <w:tcPr>
            <w:tcW w:type="dxa" w:w="547"/>
            <w:vAlign w:val="center"/>
          </w:tcPr>
          <w:p>
            <w:pPr>
              <w:spacing w:after="0" w:before="0" w:line="197" w:lineRule="auto"/>
              <w:jc w:val="center"/>
            </w:pPr>
            <w:r>
              <w:rPr>
                <w:sz w:val="11"/>
              </w:rPr>
              <w:t>#225</w:t>
            </w:r>
          </w:p>
        </w:tc>
        <w:tc>
          <w:tcPr>
            <w:tcW w:type="dxa" w:w="2232"/>
            <w:vAlign w:val="center"/>
          </w:tcPr>
          <w:p>
            <w:pPr>
              <w:spacing w:after="0" w:before="0" w:line="197" w:lineRule="auto"/>
            </w:pPr>
            <w:r>
              <w:rPr>
                <w:sz w:val="11"/>
              </w:rPr>
              <w:t>Donor Concierge</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Egg donor specialty · Est.No info · — · Cost: No info · Match: No info</w:t>
            </w:r>
          </w:p>
        </w:tc>
      </w:tr>
      <w:tr>
        <w:tc>
          <w:tcPr>
            <w:tcW w:type="dxa" w:w="547"/>
            <w:vAlign w:val="center"/>
          </w:tcPr>
          <w:p>
            <w:pPr>
              <w:spacing w:after="0" w:before="0" w:line="197" w:lineRule="auto"/>
              <w:jc w:val="center"/>
            </w:pPr>
            <w:r>
              <w:rPr>
                <w:sz w:val="11"/>
              </w:rPr>
              <w:t>#226</w:t>
            </w:r>
          </w:p>
        </w:tc>
        <w:tc>
          <w:tcPr>
            <w:tcW w:type="dxa" w:w="2232"/>
            <w:vAlign w:val="center"/>
          </w:tcPr>
          <w:p>
            <w:pPr>
              <w:spacing w:after="0" w:before="0" w:line="197" w:lineRule="auto"/>
            </w:pPr>
            <w:r>
              <w:rPr>
                <w:sz w:val="11"/>
              </w:rPr>
              <w:t>Dream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5.0★ 1 review SurrogacyNetwork · Est.No info · 5.0★ · Cost: No info · Match: No info</w:t>
            </w:r>
          </w:p>
        </w:tc>
      </w:tr>
      <w:tr>
        <w:tc>
          <w:tcPr>
            <w:tcW w:type="dxa" w:w="547"/>
            <w:vAlign w:val="center"/>
          </w:tcPr>
          <w:p>
            <w:pPr>
              <w:spacing w:after="0" w:before="0" w:line="197" w:lineRule="auto"/>
              <w:jc w:val="center"/>
            </w:pPr>
            <w:r>
              <w:rPr>
                <w:sz w:val="11"/>
              </w:rPr>
              <w:t>#227</w:t>
            </w:r>
          </w:p>
        </w:tc>
        <w:tc>
          <w:tcPr>
            <w:tcW w:type="dxa" w:w="2232"/>
            <w:vAlign w:val="center"/>
          </w:tcPr>
          <w:p>
            <w:pPr>
              <w:spacing w:after="0" w:before="0" w:line="197" w:lineRule="auto"/>
            </w:pPr>
            <w:r>
              <w:rPr>
                <w:sz w:val="11"/>
              </w:rPr>
              <w:t>Dreams of Parenthood</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#228</w:t>
            </w:r>
          </w:p>
        </w:tc>
        <w:tc>
          <w:tcPr>
            <w:tcW w:type="dxa" w:w="2232"/>
            <w:vAlign w:val="center"/>
          </w:tcPr>
          <w:p>
            <w:pPr>
              <w:spacing w:after="0" w:before="0" w:line="197" w:lineRule="auto"/>
            </w:pPr>
            <w:r>
              <w:rPr>
                <w:sz w:val="11"/>
              </w:rPr>
              <w:t>Eggceptional Donor Group</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Dalton GA · Est.2008 · 2-month match · Est.2008 · 4.8★ · Cost: No info · Match: 2 mo</w:t>
            </w:r>
          </w:p>
        </w:tc>
      </w:tr>
      <w:tr>
        <w:tc>
          <w:tcPr>
            <w:tcW w:type="dxa" w:w="547"/>
            <w:vAlign w:val="center"/>
          </w:tcPr>
          <w:p>
            <w:pPr>
              <w:spacing w:after="0" w:before="0" w:line="197" w:lineRule="auto"/>
              <w:jc w:val="center"/>
            </w:pPr>
            <w:r>
              <w:rPr>
                <w:sz w:val="11"/>
              </w:rPr>
              <w:t>#229</w:t>
            </w:r>
          </w:p>
        </w:tc>
        <w:tc>
          <w:tcPr>
            <w:tcW w:type="dxa" w:w="2232"/>
            <w:vAlign w:val="center"/>
          </w:tcPr>
          <w:p>
            <w:pPr>
              <w:spacing w:after="0" w:before="0" w:line="197" w:lineRule="auto"/>
            </w:pPr>
            <w:r>
              <w:rPr>
                <w:sz w:val="11"/>
              </w:rPr>
              <w:t>Eggspecting, Inc.</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Est.No info · — · Cost: No info · Match: No info</w:t>
            </w:r>
          </w:p>
        </w:tc>
      </w:tr>
      <w:tr>
        <w:tc>
          <w:tcPr>
            <w:tcW w:type="dxa" w:w="547"/>
            <w:vAlign w:val="center"/>
          </w:tcPr>
          <w:p>
            <w:pPr>
              <w:spacing w:after="0" w:before="0" w:line="197" w:lineRule="auto"/>
              <w:jc w:val="center"/>
            </w:pPr>
            <w:r>
              <w:rPr>
                <w:sz w:val="11"/>
              </w:rPr>
              <w:t>#230</w:t>
            </w:r>
          </w:p>
        </w:tc>
        <w:tc>
          <w:tcPr>
            <w:tcW w:type="dxa" w:w="2232"/>
            <w:vAlign w:val="center"/>
          </w:tcPr>
          <w:p>
            <w:pPr>
              <w:spacing w:after="0" w:before="0" w:line="197" w:lineRule="auto"/>
            </w:pPr>
            <w:r>
              <w:rPr>
                <w:sz w:val="11"/>
              </w:rPr>
              <w:t>EggVise</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Egg donation + surrogacy · Est.No info · — · Cost: No info · Match: No info</w:t>
            </w:r>
          </w:p>
        </w:tc>
      </w:tr>
      <w:tr>
        <w:tc>
          <w:tcPr>
            <w:tcW w:type="dxa" w:w="547"/>
            <w:vAlign w:val="center"/>
          </w:tcPr>
          <w:p>
            <w:pPr>
              <w:spacing w:after="0" w:before="0" w:line="197" w:lineRule="auto"/>
              <w:jc w:val="center"/>
            </w:pPr>
            <w:r>
              <w:rPr>
                <w:sz w:val="11"/>
              </w:rPr>
              <w:t>#231</w:t>
            </w:r>
          </w:p>
        </w:tc>
        <w:tc>
          <w:tcPr>
            <w:tcW w:type="dxa" w:w="2232"/>
            <w:vAlign w:val="center"/>
          </w:tcPr>
          <w:p>
            <w:pPr>
              <w:spacing w:after="0" w:before="0" w:line="197" w:lineRule="auto"/>
            </w:pPr>
            <w:r>
              <w:rPr>
                <w:sz w:val="11"/>
              </w:rPr>
              <w:t>Elite Women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#232</w:t>
            </w:r>
          </w:p>
        </w:tc>
        <w:tc>
          <w:tcPr>
            <w:tcW w:type="dxa" w:w="2232"/>
            <w:vAlign w:val="center"/>
          </w:tcPr>
          <w:p>
            <w:pPr>
              <w:spacing w:after="0" w:before="0" w:line="197" w:lineRule="auto"/>
            </w:pPr>
            <w:r>
              <w:rPr>
                <w:sz w:val="11"/>
              </w:rPr>
              <w:t>Eternal Spring</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#233</w:t>
            </w:r>
          </w:p>
        </w:tc>
        <w:tc>
          <w:tcPr>
            <w:tcW w:type="dxa" w:w="2232"/>
            <w:vAlign w:val="center"/>
          </w:tcPr>
          <w:p>
            <w:pPr>
              <w:spacing w:after="0" w:before="0" w:line="197" w:lineRule="auto"/>
            </w:pPr>
            <w:r>
              <w:rPr>
                <w:sz w:val="11"/>
              </w:rPr>
              <w:t>Expect Miracles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#234</w:t>
            </w:r>
          </w:p>
        </w:tc>
        <w:tc>
          <w:tcPr>
            <w:tcW w:type="dxa" w:w="2232"/>
            <w:vAlign w:val="center"/>
          </w:tcPr>
          <w:p>
            <w:pPr>
              <w:spacing w:after="0" w:before="0" w:line="197" w:lineRule="auto"/>
            </w:pPr>
            <w:r>
              <w:rPr>
                <w:sz w:val="11"/>
              </w:rPr>
              <w:t>Family Match Consulting</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1</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California · 1.0★ 1 review SurrogacyNetwork · Est.No info · 1.0★ · Cost: No info · Match: No info</w:t>
            </w:r>
          </w:p>
        </w:tc>
      </w:tr>
      <w:tr>
        <w:tc>
          <w:tcPr>
            <w:tcW w:type="dxa" w:w="547"/>
            <w:vAlign w:val="center"/>
          </w:tcPr>
          <w:p>
            <w:pPr>
              <w:spacing w:after="0" w:before="0" w:line="197" w:lineRule="auto"/>
              <w:jc w:val="center"/>
            </w:pPr>
            <w:r>
              <w:rPr>
                <w:sz w:val="11"/>
              </w:rPr>
              <w:t>#235</w:t>
            </w:r>
          </w:p>
        </w:tc>
        <w:tc>
          <w:tcPr>
            <w:tcW w:type="dxa" w:w="2232"/>
            <w:vAlign w:val="center"/>
          </w:tcPr>
          <w:p>
            <w:pPr>
              <w:spacing w:after="0" w:before="0" w:line="197" w:lineRule="auto"/>
            </w:pPr>
            <w:r>
              <w:rPr>
                <w:sz w:val="11"/>
              </w:rPr>
              <w:t>Family Matters Surrogacy,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#236</w:t>
            </w:r>
          </w:p>
        </w:tc>
        <w:tc>
          <w:tcPr>
            <w:tcW w:type="dxa" w:w="2232"/>
            <w:vAlign w:val="center"/>
          </w:tcPr>
          <w:p>
            <w:pPr>
              <w:spacing w:after="0" w:before="0" w:line="197" w:lineRule="auto"/>
            </w:pPr>
            <w:r>
              <w:rPr>
                <w:sz w:val="11"/>
              </w:rPr>
              <w:t>Fertility Alternatives,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#237</w:t>
            </w:r>
          </w:p>
        </w:tc>
        <w:tc>
          <w:tcPr>
            <w:tcW w:type="dxa" w:w="2232"/>
            <w:vAlign w:val="center"/>
          </w:tcPr>
          <w:p>
            <w:pPr>
              <w:spacing w:after="0" w:before="0" w:line="197" w:lineRule="auto"/>
            </w:pPr>
            <w:r>
              <w:rPr>
                <w:sz w:val="11"/>
              </w:rPr>
              <w:t>Fertility Heaven</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#238</w:t>
            </w:r>
          </w:p>
        </w:tc>
        <w:tc>
          <w:tcPr>
            <w:tcW w:type="dxa" w:w="2232"/>
            <w:vAlign w:val="center"/>
          </w:tcPr>
          <w:p>
            <w:pPr>
              <w:spacing w:after="0" w:before="0" w:line="197" w:lineRule="auto"/>
            </w:pPr>
            <w:r>
              <w:rPr>
                <w:sz w:val="11"/>
              </w:rPr>
              <w:t>Fertility Miracles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#239</w:t>
            </w:r>
          </w:p>
        </w:tc>
        <w:tc>
          <w:tcPr>
            <w:tcW w:type="dxa" w:w="2232"/>
            <w:vAlign w:val="center"/>
          </w:tcPr>
          <w:p>
            <w:pPr>
              <w:spacing w:after="0" w:before="0" w:line="197" w:lineRule="auto"/>
            </w:pPr>
            <w:r>
              <w:rPr>
                <w:sz w:val="11"/>
              </w:rPr>
              <w:t>Fertility Resources of Houston</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Houston-based · Est.No info · — · Cost: No info · Match: No info</w:t>
            </w:r>
          </w:p>
        </w:tc>
      </w:tr>
      <w:tr>
        <w:tc>
          <w:tcPr>
            <w:tcW w:type="dxa" w:w="547"/>
            <w:vAlign w:val="center"/>
          </w:tcPr>
          <w:p>
            <w:pPr>
              <w:spacing w:after="0" w:before="0" w:line="197" w:lineRule="auto"/>
              <w:jc w:val="center"/>
            </w:pPr>
            <w:r>
              <w:rPr>
                <w:sz w:val="11"/>
              </w:rPr>
              <w:t>#240</w:t>
            </w:r>
          </w:p>
        </w:tc>
        <w:tc>
          <w:tcPr>
            <w:tcW w:type="dxa" w:w="2232"/>
            <w:vAlign w:val="center"/>
          </w:tcPr>
          <w:p>
            <w:pPr>
              <w:spacing w:after="0" w:before="0" w:line="197" w:lineRule="auto"/>
            </w:pPr>
            <w:r>
              <w:rPr>
                <w:sz w:val="11"/>
              </w:rPr>
              <w:t>Field 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#241</w:t>
            </w:r>
          </w:p>
        </w:tc>
        <w:tc>
          <w:tcPr>
            <w:tcW w:type="dxa" w:w="2232"/>
            <w:vAlign w:val="center"/>
          </w:tcPr>
          <w:p>
            <w:pPr>
              <w:spacing w:after="0" w:before="0" w:line="197" w:lineRule="auto"/>
            </w:pPr>
            <w:r>
              <w:rPr>
                <w:sz w:val="11"/>
              </w:rPr>
              <w:t>Find Surrogate Now</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#242</w:t>
            </w:r>
          </w:p>
        </w:tc>
        <w:tc>
          <w:tcPr>
            <w:tcW w:type="dxa" w:w="2232"/>
            <w:vAlign w:val="center"/>
          </w:tcPr>
          <w:p>
            <w:pPr>
              <w:spacing w:after="0" w:before="0" w:line="197" w:lineRule="auto"/>
            </w:pPr>
            <w:r>
              <w:rPr>
                <w:sz w:val="11"/>
              </w:rPr>
              <w:t>First Step Surrogacy</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#243</w:t>
            </w:r>
          </w:p>
        </w:tc>
        <w:tc>
          <w:tcPr>
            <w:tcW w:type="dxa" w:w="2232"/>
            <w:vAlign w:val="center"/>
          </w:tcPr>
          <w:p>
            <w:pPr>
              <w:spacing w:after="0" w:before="0" w:line="197" w:lineRule="auto"/>
            </w:pPr>
            <w:r>
              <w:rPr>
                <w:sz w:val="11"/>
              </w:rPr>
              <w:t>Florida Surrogacy Center</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#244</w:t>
            </w:r>
          </w:p>
        </w:tc>
        <w:tc>
          <w:tcPr>
            <w:tcW w:type="dxa" w:w="2232"/>
            <w:vAlign w:val="center"/>
          </w:tcPr>
          <w:p>
            <w:pPr>
              <w:spacing w:after="0" w:before="0" w:line="197" w:lineRule="auto"/>
            </w:pPr>
            <w:r>
              <w:rPr>
                <w:sz w:val="11"/>
              </w:rPr>
              <w:t>Flying Stork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#245</w:t>
            </w:r>
          </w:p>
        </w:tc>
        <w:tc>
          <w:tcPr>
            <w:tcW w:type="dxa" w:w="2232"/>
            <w:vAlign w:val="center"/>
          </w:tcPr>
          <w:p>
            <w:pPr>
              <w:spacing w:after="0" w:before="0" w:line="197" w:lineRule="auto"/>
            </w:pPr>
            <w:r>
              <w:rPr>
                <w:sz w:val="11"/>
              </w:rPr>
              <w:t>Folkstory Surrogacy</w:t>
            </w:r>
          </w:p>
        </w:tc>
        <w:tc>
          <w:tcPr>
            <w:tcW w:type="dxa" w:w="648"/>
            <w:vAlign w:val="center"/>
          </w:tcPr>
          <w:p>
            <w:pPr>
              <w:spacing w:after="0" w:before="0" w:line="197" w:lineRule="auto"/>
              <w:jc w:val="center"/>
            </w:pPr>
            <w:r>
              <w:rPr>
                <w:sz w:val="11"/>
              </w:rPr>
              <w:t>IN</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Indiana · Est.No info · — · Cost: No info · Match: No info</w:t>
            </w:r>
          </w:p>
        </w:tc>
      </w:tr>
      <w:tr>
        <w:tc>
          <w:tcPr>
            <w:tcW w:type="dxa" w:w="547"/>
            <w:vAlign w:val="center"/>
          </w:tcPr>
          <w:p>
            <w:pPr>
              <w:spacing w:after="0" w:before="0" w:line="197" w:lineRule="auto"/>
              <w:jc w:val="center"/>
            </w:pPr>
            <w:r>
              <w:rPr>
                <w:sz w:val="11"/>
              </w:rPr>
              <w:t>#246</w:t>
            </w:r>
          </w:p>
        </w:tc>
        <w:tc>
          <w:tcPr>
            <w:tcW w:type="dxa" w:w="2232"/>
            <w:vAlign w:val="center"/>
          </w:tcPr>
          <w:p>
            <w:pPr>
              <w:spacing w:after="0" w:before="0" w:line="197" w:lineRule="auto"/>
            </w:pPr>
            <w:r>
              <w:rPr>
                <w:sz w:val="11"/>
              </w:rPr>
              <w:t>Footsteps to Family,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#247</w:t>
            </w:r>
          </w:p>
        </w:tc>
        <w:tc>
          <w:tcPr>
            <w:tcW w:type="dxa" w:w="2232"/>
            <w:vAlign w:val="center"/>
          </w:tcPr>
          <w:p>
            <w:pPr>
              <w:spacing w:after="0" w:before="0" w:line="197" w:lineRule="auto"/>
            </w:pPr>
            <w:r>
              <w:rPr>
                <w:sz w:val="11"/>
              </w:rPr>
              <w:t>Forest Conceptions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#248</w:t>
            </w:r>
          </w:p>
        </w:tc>
        <w:tc>
          <w:tcPr>
            <w:tcW w:type="dxa" w:w="2232"/>
            <w:vAlign w:val="center"/>
          </w:tcPr>
          <w:p>
            <w:pPr>
              <w:spacing w:after="0" w:before="0" w:line="197" w:lineRule="auto"/>
            </w:pPr>
            <w:r>
              <w:rPr>
                <w:sz w:val="11"/>
              </w:rPr>
              <w:t>Forever Families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#249</w:t>
            </w:r>
          </w:p>
        </w:tc>
        <w:tc>
          <w:tcPr>
            <w:tcW w:type="dxa" w:w="2232"/>
            <w:vAlign w:val="center"/>
          </w:tcPr>
          <w:p>
            <w:pPr>
              <w:spacing w:after="0" w:before="0" w:line="197" w:lineRule="auto"/>
            </w:pPr>
            <w:r>
              <w:rPr>
                <w:sz w:val="11"/>
              </w:rPr>
              <w:t>Future Families NW, LLC</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Oregon · Est.No info · — · Cost: No info · Match: No info</w:t>
            </w:r>
          </w:p>
        </w:tc>
      </w:tr>
      <w:tr>
        <w:tc>
          <w:tcPr>
            <w:tcW w:type="dxa" w:w="547"/>
            <w:vAlign w:val="center"/>
          </w:tcPr>
          <w:p>
            <w:pPr>
              <w:spacing w:after="0" w:before="0" w:line="197" w:lineRule="auto"/>
              <w:jc w:val="center"/>
            </w:pPr>
            <w:r>
              <w:rPr>
                <w:sz w:val="11"/>
              </w:rPr>
              <w:t>#250</w:t>
            </w:r>
          </w:p>
        </w:tc>
        <w:tc>
          <w:tcPr>
            <w:tcW w:type="dxa" w:w="2232"/>
            <w:vAlign w:val="center"/>
          </w:tcPr>
          <w:p>
            <w:pPr>
              <w:spacing w:after="0" w:before="0" w:line="197" w:lineRule="auto"/>
            </w:pPr>
            <w:r>
              <w:rPr>
                <w:sz w:val="11"/>
              </w:rPr>
              <w:t>Future Generation Surrogacy Group</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#251</w:t>
            </w:r>
          </w:p>
        </w:tc>
        <w:tc>
          <w:tcPr>
            <w:tcW w:type="dxa" w:w="2232"/>
            <w:vAlign w:val="center"/>
          </w:tcPr>
          <w:p>
            <w:pPr>
              <w:spacing w:after="0" w:before="0" w:line="197" w:lineRule="auto"/>
            </w:pPr>
            <w:r>
              <w:rPr>
                <w:sz w:val="11"/>
              </w:rPr>
              <w:t>Future Parent Options</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Oregon · Est.No info · — · Cost: No info · Match: No info</w:t>
            </w:r>
          </w:p>
        </w:tc>
      </w:tr>
      <w:tr>
        <w:tc>
          <w:tcPr>
            <w:tcW w:type="dxa" w:w="547"/>
            <w:vAlign w:val="center"/>
          </w:tcPr>
          <w:p>
            <w:pPr>
              <w:spacing w:after="0" w:before="0" w:line="197" w:lineRule="auto"/>
              <w:jc w:val="center"/>
            </w:pPr>
            <w:r>
              <w:rPr>
                <w:sz w:val="11"/>
              </w:rPr>
              <w:t>#252</w:t>
            </w:r>
          </w:p>
        </w:tc>
        <w:tc>
          <w:tcPr>
            <w:tcW w:type="dxa" w:w="2232"/>
            <w:vAlign w:val="center"/>
          </w:tcPr>
          <w:p>
            <w:pPr>
              <w:spacing w:after="0" w:before="0" w:line="197" w:lineRule="auto"/>
            </w:pPr>
            <w:r>
              <w:rPr>
                <w:sz w:val="11"/>
              </w:rPr>
              <w:t>Gestational Concepts,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#253</w:t>
            </w:r>
          </w:p>
        </w:tc>
        <w:tc>
          <w:tcPr>
            <w:tcW w:type="dxa" w:w="2232"/>
            <w:vAlign w:val="center"/>
          </w:tcPr>
          <w:p>
            <w:pPr>
              <w:spacing w:after="0" w:before="0" w:line="197" w:lineRule="auto"/>
            </w:pPr>
            <w:r>
              <w:rPr>
                <w:sz w:val="11"/>
              </w:rPr>
              <w:t>Gestlife</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1</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Florida · 1.0★ 3 reviews SurrogacyNetwork · Low score · Est.No info · 1.0★ · Cost: No info · Match: No info</w:t>
            </w:r>
          </w:p>
        </w:tc>
      </w:tr>
      <w:tr>
        <w:tc>
          <w:tcPr>
            <w:tcW w:type="dxa" w:w="547"/>
            <w:vAlign w:val="center"/>
          </w:tcPr>
          <w:p>
            <w:pPr>
              <w:spacing w:after="0" w:before="0" w:line="197" w:lineRule="auto"/>
              <w:jc w:val="center"/>
            </w:pPr>
            <w:r>
              <w:rPr>
                <w:sz w:val="11"/>
              </w:rPr>
              <w:t>#254</w:t>
            </w:r>
          </w:p>
        </w:tc>
        <w:tc>
          <w:tcPr>
            <w:tcW w:type="dxa" w:w="2232"/>
            <w:vAlign w:val="center"/>
          </w:tcPr>
          <w:p>
            <w:pPr>
              <w:spacing w:after="0" w:before="0" w:line="197" w:lineRule="auto"/>
            </w:pPr>
            <w:r>
              <w:rPr>
                <w:sz w:val="11"/>
              </w:rPr>
              <w:t>Gifted Journeys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#255</w:t>
            </w:r>
          </w:p>
        </w:tc>
        <w:tc>
          <w:tcPr>
            <w:tcW w:type="dxa" w:w="2232"/>
            <w:vAlign w:val="center"/>
          </w:tcPr>
          <w:p>
            <w:pPr>
              <w:spacing w:after="0" w:before="0" w:line="197" w:lineRule="auto"/>
            </w:pPr>
            <w:r>
              <w:rPr>
                <w:sz w:val="11"/>
              </w:rPr>
              <w:t>Global Creations of Love</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#256</w:t>
            </w:r>
          </w:p>
        </w:tc>
        <w:tc>
          <w:tcPr>
            <w:tcW w:type="dxa" w:w="2232"/>
            <w:vAlign w:val="center"/>
          </w:tcPr>
          <w:p>
            <w:pPr>
              <w:spacing w:after="0" w:before="0" w:line="197" w:lineRule="auto"/>
            </w:pPr>
            <w:r>
              <w:rPr>
                <w:sz w:val="11"/>
              </w:rPr>
              <w:t>Global D&amp;S Agency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#257</w:t>
            </w:r>
          </w:p>
        </w:tc>
        <w:tc>
          <w:tcPr>
            <w:tcW w:type="dxa" w:w="2232"/>
            <w:vAlign w:val="center"/>
          </w:tcPr>
          <w:p>
            <w:pPr>
              <w:spacing w:after="0" w:before="0" w:line="197" w:lineRule="auto"/>
            </w:pPr>
            <w:r>
              <w:rPr>
                <w:sz w:val="11"/>
              </w:rPr>
              <w:t>Global Fertility Group</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International · Est.No info · — · Cost: No info · Match: No info</w:t>
            </w:r>
          </w:p>
        </w:tc>
      </w:tr>
      <w:tr>
        <w:tc>
          <w:tcPr>
            <w:tcW w:type="dxa" w:w="547"/>
            <w:vAlign w:val="center"/>
          </w:tcPr>
          <w:p>
            <w:pPr>
              <w:spacing w:after="0" w:before="0" w:line="197" w:lineRule="auto"/>
              <w:jc w:val="center"/>
            </w:pPr>
            <w:r>
              <w:rPr>
                <w:sz w:val="11"/>
              </w:rPr>
              <w:t>#258</w:t>
            </w:r>
          </w:p>
        </w:tc>
        <w:tc>
          <w:tcPr>
            <w:tcW w:type="dxa" w:w="2232"/>
            <w:vAlign w:val="center"/>
          </w:tcPr>
          <w:p>
            <w:pPr>
              <w:spacing w:after="0" w:before="0" w:line="197" w:lineRule="auto"/>
            </w:pPr>
            <w:r>
              <w:rPr>
                <w:sz w:val="11"/>
              </w:rPr>
              <w:t>Global Surrogacy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International · Est.No info · — · Cost: No info · Match: No info</w:t>
            </w:r>
          </w:p>
        </w:tc>
      </w:tr>
      <w:tr>
        <w:tc>
          <w:tcPr>
            <w:tcW w:type="dxa" w:w="547"/>
            <w:vAlign w:val="center"/>
          </w:tcPr>
          <w:p>
            <w:pPr>
              <w:spacing w:after="0" w:before="0" w:line="197" w:lineRule="auto"/>
              <w:jc w:val="center"/>
            </w:pPr>
            <w:r>
              <w:rPr>
                <w:sz w:val="11"/>
              </w:rPr>
              <w:t>#259</w:t>
            </w:r>
          </w:p>
        </w:tc>
        <w:tc>
          <w:tcPr>
            <w:tcW w:type="dxa" w:w="2232"/>
            <w:vAlign w:val="center"/>
          </w:tcPr>
          <w:p>
            <w:pPr>
              <w:spacing w:after="0" w:before="0" w:line="197" w:lineRule="auto"/>
            </w:pPr>
            <w:r>
              <w:rPr>
                <w:sz w:val="11"/>
              </w:rPr>
              <w:t>Global Surrogacy Services,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International · Est.No info · — · Cost: No info · Match: No info</w:t>
            </w:r>
          </w:p>
        </w:tc>
      </w:tr>
      <w:tr>
        <w:tc>
          <w:tcPr>
            <w:tcW w:type="dxa" w:w="547"/>
            <w:vAlign w:val="center"/>
          </w:tcPr>
          <w:p>
            <w:pPr>
              <w:spacing w:after="0" w:before="0" w:line="197" w:lineRule="auto"/>
              <w:jc w:val="center"/>
            </w:pPr>
            <w:r>
              <w:rPr>
                <w:sz w:val="11"/>
              </w:rPr>
              <w:t>#260</w:t>
            </w:r>
          </w:p>
        </w:tc>
        <w:tc>
          <w:tcPr>
            <w:tcW w:type="dxa" w:w="2232"/>
            <w:vAlign w:val="center"/>
          </w:tcPr>
          <w:p>
            <w:pPr>
              <w:spacing w:after="0" w:before="0" w:line="197" w:lineRule="auto"/>
            </w:pPr>
            <w:r>
              <w:rPr>
                <w:sz w:val="11"/>
              </w:rPr>
              <w:t>Graceful Beginnings Egg Donation</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Egg donation focus · Est.No info · — · Cost: No info · Match: No info</w:t>
            </w:r>
          </w:p>
        </w:tc>
      </w:tr>
      <w:tr>
        <w:tc>
          <w:tcPr>
            <w:tcW w:type="dxa" w:w="547"/>
            <w:vAlign w:val="center"/>
          </w:tcPr>
          <w:p>
            <w:pPr>
              <w:spacing w:after="0" w:before="0" w:line="197" w:lineRule="auto"/>
              <w:jc w:val="center"/>
            </w:pPr>
            <w:r>
              <w:rPr>
                <w:sz w:val="11"/>
              </w:rPr>
              <w:t>#261</w:t>
            </w:r>
          </w:p>
        </w:tc>
        <w:tc>
          <w:tcPr>
            <w:tcW w:type="dxa" w:w="2232"/>
            <w:vAlign w:val="center"/>
          </w:tcPr>
          <w:p>
            <w:pPr>
              <w:spacing w:after="0" w:before="0" w:line="197" w:lineRule="auto"/>
            </w:pPr>
            <w:r>
              <w:rPr>
                <w:sz w:val="11"/>
              </w:rPr>
              <w:t>GSHC Surrogacy Agency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5.0★ 4 reviews SurrogacyNetwork · Est.No info · 5.0★ · Cost: No info · Match: No info</w:t>
            </w:r>
          </w:p>
        </w:tc>
      </w:tr>
      <w:tr>
        <w:tc>
          <w:tcPr>
            <w:tcW w:type="dxa" w:w="547"/>
            <w:vAlign w:val="center"/>
          </w:tcPr>
          <w:p>
            <w:pPr>
              <w:spacing w:after="0" w:before="0" w:line="197" w:lineRule="auto"/>
              <w:jc w:val="center"/>
            </w:pPr>
            <w:r>
              <w:rPr>
                <w:sz w:val="11"/>
              </w:rPr>
              <w:t>#262</w:t>
            </w:r>
          </w:p>
        </w:tc>
        <w:tc>
          <w:tcPr>
            <w:tcW w:type="dxa" w:w="2232"/>
            <w:vAlign w:val="center"/>
          </w:tcPr>
          <w:p>
            <w:pPr>
              <w:spacing w:after="0" w:before="0" w:line="197" w:lineRule="auto"/>
            </w:pPr>
            <w:r>
              <w:rPr>
                <w:sz w:val="11"/>
              </w:rPr>
              <w:t>Guidance Surrogacy</w:t>
            </w:r>
          </w:p>
        </w:tc>
        <w:tc>
          <w:tcPr>
            <w:tcW w:type="dxa" w:w="648"/>
            <w:vAlign w:val="center"/>
          </w:tcPr>
          <w:p>
            <w:pPr>
              <w:spacing w:after="0" w:before="0" w:line="197" w:lineRule="auto"/>
              <w:jc w:val="center"/>
            </w:pPr>
            <w:r>
              <w:rPr>
                <w:sz w:val="11"/>
              </w:rPr>
              <w:t>IA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Iowa · 5.0★ 2 reviews SurrogacyNetwork · Est.No info · 5.0★ · Cost: No info · Match: No info</w:t>
            </w:r>
          </w:p>
        </w:tc>
      </w:tr>
      <w:tr>
        <w:tc>
          <w:tcPr>
            <w:tcW w:type="dxa" w:w="547"/>
            <w:vAlign w:val="center"/>
          </w:tcPr>
          <w:p>
            <w:pPr>
              <w:spacing w:after="0" w:before="0" w:line="197" w:lineRule="auto"/>
              <w:jc w:val="center"/>
            </w:pPr>
            <w:r>
              <w:rPr>
                <w:sz w:val="11"/>
              </w:rPr>
              <w:t>#263</w:t>
            </w:r>
          </w:p>
        </w:tc>
        <w:tc>
          <w:tcPr>
            <w:tcW w:type="dxa" w:w="2232"/>
            <w:vAlign w:val="center"/>
          </w:tcPr>
          <w:p>
            <w:pPr>
              <w:spacing w:after="0" w:before="0" w:line="197" w:lineRule="auto"/>
            </w:pPr>
            <w:r>
              <w:rPr>
                <w:sz w:val="11"/>
              </w:rPr>
              <w:t>Guided Surrogacy Solutions</w:t>
            </w:r>
          </w:p>
        </w:tc>
        <w:tc>
          <w:tcPr>
            <w:tcW w:type="dxa" w:w="648"/>
            <w:vAlign w:val="center"/>
          </w:tcPr>
          <w:p>
            <w:pPr>
              <w:spacing w:after="0" w:before="0" w:line="197" w:lineRule="auto"/>
              <w:jc w:val="center"/>
            </w:pPr>
            <w:r>
              <w:rPr>
                <w:sz w:val="11"/>
              </w:rPr>
              <w:t>PA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NYS licensed · Est.2016 · 4.8★ · Cost: $145–$170 · Match: 4–6 mo</w:t>
            </w:r>
          </w:p>
        </w:tc>
      </w:tr>
      <w:tr>
        <w:tc>
          <w:tcPr>
            <w:tcW w:type="dxa" w:w="547"/>
            <w:vAlign w:val="center"/>
          </w:tcPr>
          <w:p>
            <w:pPr>
              <w:spacing w:after="0" w:before="0" w:line="197" w:lineRule="auto"/>
              <w:jc w:val="center"/>
            </w:pPr>
            <w:r>
              <w:rPr>
                <w:sz w:val="11"/>
              </w:rPr>
              <w:t>#264</w:t>
            </w:r>
          </w:p>
        </w:tc>
        <w:tc>
          <w:tcPr>
            <w:tcW w:type="dxa" w:w="2232"/>
            <w:vAlign w:val="center"/>
          </w:tcPr>
          <w:p>
            <w:pPr>
              <w:spacing w:after="0" w:before="0" w:line="197" w:lineRule="auto"/>
            </w:pPr>
            <w:r>
              <w:rPr>
                <w:sz w:val="11"/>
              </w:rPr>
              <w:t>Happy Future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#265</w:t>
            </w:r>
          </w:p>
        </w:tc>
        <w:tc>
          <w:tcPr>
            <w:tcW w:type="dxa" w:w="2232"/>
            <w:vAlign w:val="center"/>
          </w:tcPr>
          <w:p>
            <w:pPr>
              <w:spacing w:after="0" w:before="0" w:line="197" w:lineRule="auto"/>
            </w:pPr>
            <w:r>
              <w:rPr>
                <w:sz w:val="11"/>
              </w:rPr>
              <w:t>Harvest Babies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#266</w:t>
            </w:r>
          </w:p>
        </w:tc>
        <w:tc>
          <w:tcPr>
            <w:tcW w:type="dxa" w:w="2232"/>
            <w:vAlign w:val="center"/>
          </w:tcPr>
          <w:p>
            <w:pPr>
              <w:spacing w:after="0" w:before="0" w:line="197" w:lineRule="auto"/>
            </w:pPr>
            <w:r>
              <w:rPr>
                <w:sz w:val="11"/>
              </w:rPr>
              <w:t>Hawaii Surrogacy Center</w:t>
            </w:r>
          </w:p>
        </w:tc>
        <w:tc>
          <w:tcPr>
            <w:tcW w:type="dxa" w:w="648"/>
            <w:vAlign w:val="center"/>
          </w:tcPr>
          <w:p>
            <w:pPr>
              <w:spacing w:after="0" w:before="0" w:line="197" w:lineRule="auto"/>
              <w:jc w:val="center"/>
            </w:pPr>
            <w:r>
              <w:rPr>
                <w:sz w:val="11"/>
              </w:rPr>
              <w:t>HI</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Hawaii · Est.No info · — · Cost: No info · Match: No info</w:t>
            </w:r>
          </w:p>
        </w:tc>
      </w:tr>
      <w:tr>
        <w:tc>
          <w:tcPr>
            <w:tcW w:type="dxa" w:w="547"/>
            <w:vAlign w:val="center"/>
          </w:tcPr>
          <w:p>
            <w:pPr>
              <w:spacing w:after="0" w:before="0" w:line="197" w:lineRule="auto"/>
              <w:jc w:val="center"/>
            </w:pPr>
            <w:r>
              <w:rPr>
                <w:sz w:val="11"/>
              </w:rPr>
              <w:t>#267</w:t>
            </w:r>
          </w:p>
        </w:tc>
        <w:tc>
          <w:tcPr>
            <w:tcW w:type="dxa" w:w="2232"/>
            <w:vAlign w:val="center"/>
          </w:tcPr>
          <w:p>
            <w:pPr>
              <w:spacing w:after="0" w:before="0" w:line="197" w:lineRule="auto"/>
            </w:pPr>
            <w:r>
              <w:rPr>
                <w:sz w:val="11"/>
              </w:rPr>
              <w:t>Heart to Hands Surrogacy</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Oregon · 5.0★ 1 review SurrogacyNetwork · Est.No info · 5.0★ · Cost: No info · Match: No info</w:t>
            </w:r>
          </w:p>
        </w:tc>
      </w:tr>
      <w:tr>
        <w:tc>
          <w:tcPr>
            <w:tcW w:type="dxa" w:w="547"/>
            <w:vAlign w:val="center"/>
          </w:tcPr>
          <w:p>
            <w:pPr>
              <w:spacing w:after="0" w:before="0" w:line="197" w:lineRule="auto"/>
              <w:jc w:val="center"/>
            </w:pPr>
            <w:r>
              <w:rPr>
                <w:sz w:val="11"/>
              </w:rPr>
              <w:t>#268</w:t>
            </w:r>
          </w:p>
        </w:tc>
        <w:tc>
          <w:tcPr>
            <w:tcW w:type="dxa" w:w="2232"/>
            <w:vAlign w:val="center"/>
          </w:tcPr>
          <w:p>
            <w:pPr>
              <w:spacing w:after="0" w:before="0" w:line="197" w:lineRule="auto"/>
            </w:pPr>
            <w:r>
              <w:rPr>
                <w:sz w:val="11"/>
              </w:rPr>
              <w:t>Heart To Heart Egg Donors &amp;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#269</w:t>
            </w:r>
          </w:p>
        </w:tc>
        <w:tc>
          <w:tcPr>
            <w:tcW w:type="dxa" w:w="2232"/>
            <w:vAlign w:val="center"/>
          </w:tcPr>
          <w:p>
            <w:pPr>
              <w:spacing w:after="0" w:before="0" w:line="197" w:lineRule="auto"/>
            </w:pPr>
            <w:r>
              <w:rPr>
                <w:sz w:val="11"/>
              </w:rPr>
              <w:t>Heartland Surrogacy</w:t>
            </w:r>
          </w:p>
        </w:tc>
        <w:tc>
          <w:tcPr>
            <w:tcW w:type="dxa" w:w="648"/>
            <w:vAlign w:val="center"/>
          </w:tcPr>
          <w:p>
            <w:pPr>
              <w:spacing w:after="0" w:before="0" w:line="197" w:lineRule="auto"/>
              <w:jc w:val="center"/>
            </w:pPr>
            <w:r>
              <w:rPr>
                <w:sz w:val="11"/>
              </w:rPr>
              <w:t>IA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Iowa · SurrogacyNetwork listed · Est.No info · — · Cost: No info · Match: No info</w:t>
            </w:r>
          </w:p>
        </w:tc>
      </w:tr>
      <w:tr>
        <w:tc>
          <w:tcPr>
            <w:tcW w:type="dxa" w:w="547"/>
            <w:vAlign w:val="center"/>
          </w:tcPr>
          <w:p>
            <w:pPr>
              <w:spacing w:after="0" w:before="0" w:line="197" w:lineRule="auto"/>
              <w:jc w:val="center"/>
            </w:pPr>
            <w:r>
              <w:rPr>
                <w:sz w:val="11"/>
              </w:rPr>
              <w:t>#270</w:t>
            </w:r>
          </w:p>
        </w:tc>
        <w:tc>
          <w:tcPr>
            <w:tcW w:type="dxa" w:w="2232"/>
            <w:vAlign w:val="center"/>
          </w:tcPr>
          <w:p>
            <w:pPr>
              <w:spacing w:after="0" w:before="0" w:line="197" w:lineRule="auto"/>
            </w:pPr>
            <w:r>
              <w:rPr>
                <w:sz w:val="11"/>
              </w:rPr>
              <w:t>Hellobaby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#271</w:t>
            </w:r>
          </w:p>
        </w:tc>
        <w:tc>
          <w:tcPr>
            <w:tcW w:type="dxa" w:w="2232"/>
            <w:vAlign w:val="center"/>
          </w:tcPr>
          <w:p>
            <w:pPr>
              <w:spacing w:after="0" w:before="0" w:line="197" w:lineRule="auto"/>
            </w:pPr>
            <w:r>
              <w:rPr>
                <w:sz w:val="11"/>
              </w:rPr>
              <w:t>Illinois Surrogate Agency</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r>
        <w:tc>
          <w:tcPr>
            <w:tcW w:type="dxa" w:w="547"/>
            <w:vAlign w:val="center"/>
          </w:tcPr>
          <w:p>
            <w:pPr>
              <w:spacing w:after="0" w:before="0" w:line="197" w:lineRule="auto"/>
              <w:jc w:val="center"/>
            </w:pPr>
            <w:r>
              <w:rPr>
                <w:sz w:val="11"/>
              </w:rPr>
              <w:t>#272</w:t>
            </w:r>
          </w:p>
        </w:tc>
        <w:tc>
          <w:tcPr>
            <w:tcW w:type="dxa" w:w="2232"/>
            <w:vAlign w:val="center"/>
          </w:tcPr>
          <w:p>
            <w:pPr>
              <w:spacing w:after="0" w:before="0" w:line="197" w:lineRule="auto"/>
            </w:pPr>
            <w:r>
              <w:rPr>
                <w:sz w:val="11"/>
              </w:rPr>
              <w:t>Inclusive Surrogacy</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Texas · 1.0★ 1 review SurrogacyNetwork · LGBTQ+ explicit · Est.No info · 1.0★ · Cost: No info · Match: No info</w:t>
            </w:r>
          </w:p>
        </w:tc>
      </w:tr>
      <w:tr>
        <w:tc>
          <w:tcPr>
            <w:tcW w:type="dxa" w:w="547"/>
            <w:vAlign w:val="center"/>
          </w:tcPr>
          <w:p>
            <w:pPr>
              <w:spacing w:after="0" w:before="0" w:line="197" w:lineRule="auto"/>
              <w:jc w:val="center"/>
            </w:pPr>
            <w:r>
              <w:rPr>
                <w:sz w:val="11"/>
              </w:rPr>
              <w:t>#273</w:t>
            </w:r>
          </w:p>
        </w:tc>
        <w:tc>
          <w:tcPr>
            <w:tcW w:type="dxa" w:w="2232"/>
            <w:vAlign w:val="center"/>
          </w:tcPr>
          <w:p>
            <w:pPr>
              <w:spacing w:after="0" w:before="0" w:line="197" w:lineRule="auto"/>
            </w:pPr>
            <w:r>
              <w:rPr>
                <w:sz w:val="11"/>
              </w:rPr>
              <w:t>Integrative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#274</w:t>
            </w:r>
          </w:p>
        </w:tc>
        <w:tc>
          <w:tcPr>
            <w:tcW w:type="dxa" w:w="2232"/>
            <w:vAlign w:val="center"/>
          </w:tcPr>
          <w:p>
            <w:pPr>
              <w:spacing w:after="0" w:before="0" w:line="197" w:lineRule="auto"/>
            </w:pPr>
            <w:r>
              <w:rPr>
                <w:sz w:val="11"/>
              </w:rPr>
              <w:t>IPC Surrogacy LLC</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r>
        <w:tc>
          <w:tcPr>
            <w:tcW w:type="dxa" w:w="547"/>
            <w:vAlign w:val="center"/>
          </w:tcPr>
          <w:p>
            <w:pPr>
              <w:spacing w:after="0" w:before="0" w:line="197" w:lineRule="auto"/>
              <w:jc w:val="center"/>
            </w:pPr>
            <w:r>
              <w:rPr>
                <w:sz w:val="11"/>
              </w:rPr>
              <w:t>#275</w:t>
            </w:r>
          </w:p>
        </w:tc>
        <w:tc>
          <w:tcPr>
            <w:tcW w:type="dxa" w:w="2232"/>
            <w:vAlign w:val="center"/>
          </w:tcPr>
          <w:p>
            <w:pPr>
              <w:spacing w:after="0" w:before="0" w:line="197" w:lineRule="auto"/>
            </w:pPr>
            <w:r>
              <w:rPr>
                <w:sz w:val="11"/>
              </w:rPr>
              <w:t>It's Time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#276</w:t>
            </w:r>
          </w:p>
        </w:tc>
        <w:tc>
          <w:tcPr>
            <w:tcW w:type="dxa" w:w="2232"/>
            <w:vAlign w:val="center"/>
          </w:tcPr>
          <w:p>
            <w:pPr>
              <w:spacing w:after="0" w:before="0" w:line="197" w:lineRule="auto"/>
            </w:pPr>
            <w:r>
              <w:rPr>
                <w:sz w:val="11"/>
              </w:rPr>
              <w:t>Journeys of the Heart Surrogacy Center</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Oregon · Est.No info · — · Cost: No info · Match: No info</w:t>
            </w:r>
          </w:p>
        </w:tc>
      </w:tr>
      <w:tr>
        <w:tc>
          <w:tcPr>
            <w:tcW w:type="dxa" w:w="547"/>
            <w:vAlign w:val="center"/>
          </w:tcPr>
          <w:p>
            <w:pPr>
              <w:spacing w:after="0" w:before="0" w:line="197" w:lineRule="auto"/>
              <w:jc w:val="center"/>
            </w:pPr>
            <w:r>
              <w:rPr>
                <w:sz w:val="11"/>
              </w:rPr>
              <w:t>#277</w:t>
            </w:r>
          </w:p>
        </w:tc>
        <w:tc>
          <w:tcPr>
            <w:tcW w:type="dxa" w:w="2232"/>
            <w:vAlign w:val="center"/>
          </w:tcPr>
          <w:p>
            <w:pPr>
              <w:spacing w:after="0" w:before="0" w:line="197" w:lineRule="auto"/>
            </w:pPr>
            <w:r>
              <w:rPr>
                <w:sz w:val="11"/>
              </w:rPr>
              <w:t>Joyful Family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#278</w:t>
            </w:r>
          </w:p>
        </w:tc>
        <w:tc>
          <w:tcPr>
            <w:tcW w:type="dxa" w:w="2232"/>
            <w:vAlign w:val="center"/>
          </w:tcPr>
          <w:p>
            <w:pPr>
              <w:spacing w:after="0" w:before="0" w:line="197" w:lineRule="auto"/>
            </w:pPr>
            <w:r>
              <w:rPr>
                <w:sz w:val="11"/>
              </w:rPr>
              <w:t>Kind Heart Surrogacy</w:t>
            </w:r>
          </w:p>
        </w:tc>
        <w:tc>
          <w:tcPr>
            <w:tcW w:type="dxa" w:w="648"/>
            <w:vAlign w:val="center"/>
          </w:tcPr>
          <w:p>
            <w:pPr>
              <w:spacing w:after="0" w:before="0" w:line="197" w:lineRule="auto"/>
              <w:jc w:val="center"/>
            </w:pPr>
            <w:r>
              <w:rPr>
                <w:sz w:val="11"/>
              </w:rPr>
              <w:t>CO</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Colorado · Est.No info · — · Cost: No info · Match: No info</w:t>
            </w:r>
          </w:p>
        </w:tc>
      </w:tr>
      <w:tr>
        <w:tc>
          <w:tcPr>
            <w:tcW w:type="dxa" w:w="547"/>
            <w:vAlign w:val="center"/>
          </w:tcPr>
          <w:p>
            <w:pPr>
              <w:spacing w:after="0" w:before="0" w:line="197" w:lineRule="auto"/>
              <w:jc w:val="center"/>
            </w:pPr>
            <w:r>
              <w:rPr>
                <w:sz w:val="11"/>
              </w:rPr>
              <w:t>#279</w:t>
            </w:r>
          </w:p>
        </w:tc>
        <w:tc>
          <w:tcPr>
            <w:tcW w:type="dxa" w:w="2232"/>
            <w:vAlign w:val="center"/>
          </w:tcPr>
          <w:p>
            <w:pPr>
              <w:spacing w:after="0" w:before="0" w:line="197" w:lineRule="auto"/>
            </w:pPr>
            <w:r>
              <w:rPr>
                <w:sz w:val="11"/>
              </w:rPr>
              <w:t>Las Vegas Surrogacy Center</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#280</w:t>
            </w:r>
          </w:p>
        </w:tc>
        <w:tc>
          <w:tcPr>
            <w:tcW w:type="dxa" w:w="2232"/>
            <w:vAlign w:val="center"/>
          </w:tcPr>
          <w:p>
            <w:pPr>
              <w:spacing w:after="0" w:before="0" w:line="197" w:lineRule="auto"/>
            </w:pPr>
            <w:r>
              <w:rPr>
                <w:sz w:val="11"/>
              </w:rPr>
              <w:t>Les Petits Surrogacy,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#281</w:t>
            </w:r>
          </w:p>
        </w:tc>
        <w:tc>
          <w:tcPr>
            <w:tcW w:type="dxa" w:w="2232"/>
            <w:vAlign w:val="center"/>
          </w:tcPr>
          <w:p>
            <w:pPr>
              <w:spacing w:after="0" w:before="0" w:line="197" w:lineRule="auto"/>
            </w:pPr>
            <w:r>
              <w:rPr>
                <w:sz w:val="11"/>
              </w:rPr>
              <w:t>Little Embryos</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Est.No info · — · Cost: No info · Match: No info</w:t>
            </w:r>
          </w:p>
        </w:tc>
      </w:tr>
      <w:tr>
        <w:tc>
          <w:tcPr>
            <w:tcW w:type="dxa" w:w="547"/>
            <w:vAlign w:val="center"/>
          </w:tcPr>
          <w:p>
            <w:pPr>
              <w:spacing w:after="0" w:before="0" w:line="197" w:lineRule="auto"/>
              <w:jc w:val="center"/>
            </w:pPr>
            <w:r>
              <w:rPr>
                <w:sz w:val="11"/>
              </w:rPr>
              <w:t>#282</w:t>
            </w:r>
          </w:p>
        </w:tc>
        <w:tc>
          <w:tcPr>
            <w:tcW w:type="dxa" w:w="2232"/>
            <w:vAlign w:val="center"/>
          </w:tcPr>
          <w:p>
            <w:pPr>
              <w:spacing w:after="0" w:before="0" w:line="197" w:lineRule="auto"/>
            </w:pPr>
            <w:r>
              <w:rPr>
                <w:sz w:val="11"/>
              </w:rPr>
              <w:t>LOOP Surrogacy Services</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#283</w:t>
            </w:r>
          </w:p>
        </w:tc>
        <w:tc>
          <w:tcPr>
            <w:tcW w:type="dxa" w:w="2232"/>
            <w:vAlign w:val="center"/>
          </w:tcPr>
          <w:p>
            <w:pPr>
              <w:spacing w:after="0" w:before="0" w:line="197" w:lineRule="auto"/>
            </w:pPr>
            <w:r>
              <w:rPr>
                <w:sz w:val="11"/>
              </w:rPr>
              <w:t>Loving Journey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#284</w:t>
            </w:r>
          </w:p>
        </w:tc>
        <w:tc>
          <w:tcPr>
            <w:tcW w:type="dxa" w:w="2232"/>
            <w:vAlign w:val="center"/>
          </w:tcPr>
          <w:p>
            <w:pPr>
              <w:spacing w:after="0" w:before="0" w:line="197" w:lineRule="auto"/>
            </w:pPr>
            <w:r>
              <w:rPr>
                <w:sz w:val="11"/>
              </w:rPr>
              <w:t>Maryland Surrogacy Center</w:t>
            </w:r>
          </w:p>
        </w:tc>
        <w:tc>
          <w:tcPr>
            <w:tcW w:type="dxa" w:w="648"/>
            <w:vAlign w:val="center"/>
          </w:tcPr>
          <w:p>
            <w:pPr>
              <w:spacing w:after="0" w:before="0" w:line="197" w:lineRule="auto"/>
              <w:jc w:val="center"/>
            </w:pPr>
            <w:r>
              <w:rPr>
                <w:sz w:val="11"/>
              </w:rPr>
              <w:t>MD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Maryland · Est.No info · — · Cost: No info · Match: No info</w:t>
            </w:r>
          </w:p>
        </w:tc>
      </w:tr>
      <w:tr>
        <w:tc>
          <w:tcPr>
            <w:tcW w:type="dxa" w:w="547"/>
            <w:vAlign w:val="center"/>
          </w:tcPr>
          <w:p>
            <w:pPr>
              <w:spacing w:after="0" w:before="0" w:line="197" w:lineRule="auto"/>
              <w:jc w:val="center"/>
            </w:pPr>
            <w:r>
              <w:rPr>
                <w:sz w:val="11"/>
              </w:rPr>
              <w:t>#285</w:t>
            </w:r>
          </w:p>
        </w:tc>
        <w:tc>
          <w:tcPr>
            <w:tcW w:type="dxa" w:w="2232"/>
            <w:vAlign w:val="center"/>
          </w:tcPr>
          <w:p>
            <w:pPr>
              <w:spacing w:after="0" w:before="0" w:line="197" w:lineRule="auto"/>
            </w:pPr>
            <w:r>
              <w:rPr>
                <w:sz w:val="11"/>
              </w:rPr>
              <w:t>Massachusetts Surrogacy Center</w:t>
            </w:r>
          </w:p>
        </w:tc>
        <w:tc>
          <w:tcPr>
            <w:tcW w:type="dxa" w:w="648"/>
            <w:vAlign w:val="center"/>
          </w:tcPr>
          <w:p>
            <w:pPr>
              <w:spacing w:after="0" w:before="0" w:line="197" w:lineRule="auto"/>
              <w:jc w:val="center"/>
            </w:pPr>
            <w:r>
              <w:rPr>
                <w:sz w:val="11"/>
              </w:rPr>
              <w:t>MA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Massachusetts · Est.No info · — · Cost: No info · Match: No info</w:t>
            </w:r>
          </w:p>
        </w:tc>
      </w:tr>
      <w:tr>
        <w:tc>
          <w:tcPr>
            <w:tcW w:type="dxa" w:w="547"/>
            <w:vAlign w:val="center"/>
          </w:tcPr>
          <w:p>
            <w:pPr>
              <w:spacing w:after="0" w:before="0" w:line="197" w:lineRule="auto"/>
              <w:jc w:val="center"/>
            </w:pPr>
            <w:r>
              <w:rPr>
                <w:sz w:val="11"/>
              </w:rPr>
              <w:t>#286</w:t>
            </w:r>
          </w:p>
        </w:tc>
        <w:tc>
          <w:tcPr>
            <w:tcW w:type="dxa" w:w="2232"/>
            <w:vAlign w:val="center"/>
          </w:tcPr>
          <w:p>
            <w:pPr>
              <w:spacing w:after="0" w:before="0" w:line="197" w:lineRule="auto"/>
            </w:pPr>
            <w:r>
              <w:rPr>
                <w:sz w:val="11"/>
              </w:rPr>
              <w:t>Meili Conceptions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#287</w:t>
            </w:r>
          </w:p>
        </w:tc>
        <w:tc>
          <w:tcPr>
            <w:tcW w:type="dxa" w:w="2232"/>
            <w:vAlign w:val="center"/>
          </w:tcPr>
          <w:p>
            <w:pPr>
              <w:spacing w:after="0" w:before="0" w:line="197" w:lineRule="auto"/>
            </w:pPr>
            <w:r>
              <w:rPr>
                <w:sz w:val="11"/>
              </w:rPr>
              <w:t>Miracle Conception,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#288</w:t>
            </w:r>
          </w:p>
        </w:tc>
        <w:tc>
          <w:tcPr>
            <w:tcW w:type="dxa" w:w="2232"/>
            <w:vAlign w:val="center"/>
          </w:tcPr>
          <w:p>
            <w:pPr>
              <w:spacing w:after="0" w:before="0" w:line="197" w:lineRule="auto"/>
            </w:pPr>
            <w:r>
              <w:rPr>
                <w:sz w:val="11"/>
              </w:rPr>
              <w:t>Modern Families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#289</w:t>
            </w:r>
          </w:p>
        </w:tc>
        <w:tc>
          <w:tcPr>
            <w:tcW w:type="dxa" w:w="2232"/>
            <w:vAlign w:val="center"/>
          </w:tcPr>
          <w:p>
            <w:pPr>
              <w:spacing w:after="0" w:before="0" w:line="197" w:lineRule="auto"/>
            </w:pPr>
            <w:r>
              <w:rPr>
                <w:sz w:val="11"/>
              </w:rPr>
              <w:t>Modernly Ever After,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LGBTQ+ implied by name · Est.No info · — · Cost: No info · Match: No info</w:t>
            </w:r>
          </w:p>
        </w:tc>
      </w:tr>
      <w:tr>
        <w:tc>
          <w:tcPr>
            <w:tcW w:type="dxa" w:w="547"/>
            <w:vAlign w:val="center"/>
          </w:tcPr>
          <w:p>
            <w:pPr>
              <w:spacing w:after="0" w:before="0" w:line="197" w:lineRule="auto"/>
              <w:jc w:val="center"/>
            </w:pPr>
            <w:r>
              <w:rPr>
                <w:sz w:val="11"/>
              </w:rPr>
              <w:t>#290</w:t>
            </w:r>
          </w:p>
        </w:tc>
        <w:tc>
          <w:tcPr>
            <w:tcW w:type="dxa" w:w="2232"/>
            <w:vAlign w:val="center"/>
          </w:tcPr>
          <w:p>
            <w:pPr>
              <w:spacing w:after="0" w:before="0" w:line="197" w:lineRule="auto"/>
            </w:pPr>
            <w:r>
              <w:rPr>
                <w:sz w:val="11"/>
              </w:rPr>
              <w:t>Montana Surrogacy</w:t>
            </w:r>
          </w:p>
        </w:tc>
        <w:tc>
          <w:tcPr>
            <w:tcW w:type="dxa" w:w="648"/>
            <w:vAlign w:val="center"/>
          </w:tcPr>
          <w:p>
            <w:pPr>
              <w:spacing w:after="0" w:before="0" w:line="197" w:lineRule="auto"/>
              <w:jc w:val="center"/>
            </w:pPr>
            <w:r>
              <w:rPr>
                <w:sz w:val="11"/>
              </w:rPr>
              <w:t>MT</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Montana · Est.No info · — · Cost: No info · Match: No info</w:t>
            </w:r>
          </w:p>
        </w:tc>
      </w:tr>
      <w:tr>
        <w:tc>
          <w:tcPr>
            <w:tcW w:type="dxa" w:w="547"/>
            <w:vAlign w:val="center"/>
          </w:tcPr>
          <w:p>
            <w:pPr>
              <w:spacing w:after="0" w:before="0" w:line="197" w:lineRule="auto"/>
              <w:jc w:val="center"/>
            </w:pPr>
            <w:r>
              <w:rPr>
                <w:sz w:val="11"/>
              </w:rPr>
              <w:t>#291</w:t>
            </w:r>
          </w:p>
        </w:tc>
        <w:tc>
          <w:tcPr>
            <w:tcW w:type="dxa" w:w="2232"/>
            <w:vAlign w:val="center"/>
          </w:tcPr>
          <w:p>
            <w:pPr>
              <w:spacing w:after="0" w:before="0" w:line="197" w:lineRule="auto"/>
            </w:pPr>
            <w:r>
              <w:rPr>
                <w:sz w:val="11"/>
              </w:rPr>
              <w:t>Mothers First Surrogacy</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r>
        <w:tc>
          <w:tcPr>
            <w:tcW w:type="dxa" w:w="547"/>
            <w:vAlign w:val="center"/>
          </w:tcPr>
          <w:p>
            <w:pPr>
              <w:spacing w:after="0" w:before="0" w:line="197" w:lineRule="auto"/>
              <w:jc w:val="center"/>
            </w:pPr>
            <w:r>
              <w:rPr>
                <w:sz w:val="11"/>
              </w:rPr>
              <w:t>#292</w:t>
            </w:r>
          </w:p>
        </w:tc>
        <w:tc>
          <w:tcPr>
            <w:tcW w:type="dxa" w:w="2232"/>
            <w:vAlign w:val="center"/>
          </w:tcPr>
          <w:p>
            <w:pPr>
              <w:spacing w:after="0" w:before="0" w:line="197" w:lineRule="auto"/>
            </w:pPr>
            <w:r>
              <w:rPr>
                <w:sz w:val="11"/>
              </w:rPr>
              <w:t>New Beginnings Surrogacy Services, LLC.</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Jersey · Est.No info · — · Cost: No info · Match: No info</w:t>
            </w:r>
          </w:p>
        </w:tc>
      </w:tr>
      <w:tr>
        <w:tc>
          <w:tcPr>
            <w:tcW w:type="dxa" w:w="547"/>
            <w:vAlign w:val="center"/>
          </w:tcPr>
          <w:p>
            <w:pPr>
              <w:spacing w:after="0" w:before="0" w:line="197" w:lineRule="auto"/>
              <w:jc w:val="center"/>
            </w:pPr>
            <w:r>
              <w:rPr>
                <w:sz w:val="11"/>
              </w:rPr>
              <w:t>#293</w:t>
            </w:r>
          </w:p>
        </w:tc>
        <w:tc>
          <w:tcPr>
            <w:tcW w:type="dxa" w:w="2232"/>
            <w:vAlign w:val="center"/>
          </w:tcPr>
          <w:p>
            <w:pPr>
              <w:spacing w:after="0" w:before="0" w:line="197" w:lineRule="auto"/>
            </w:pPr>
            <w:r>
              <w:rPr>
                <w:sz w:val="11"/>
              </w:rPr>
              <w:t>New England Surrogacy</w:t>
            </w:r>
          </w:p>
        </w:tc>
        <w:tc>
          <w:tcPr>
            <w:tcW w:type="dxa" w:w="648"/>
            <w:vAlign w:val="center"/>
          </w:tcPr>
          <w:p>
            <w:pPr>
              <w:spacing w:after="0" w:before="0" w:line="197" w:lineRule="auto"/>
              <w:jc w:val="center"/>
            </w:pPr>
            <w:r>
              <w:rPr>
                <w:sz w:val="11"/>
              </w:rPr>
              <w:t>NH</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Hampshire · Est.No info · — · Cost: No info · Match: No info</w:t>
            </w:r>
          </w:p>
        </w:tc>
      </w:tr>
      <w:tr>
        <w:tc>
          <w:tcPr>
            <w:tcW w:type="dxa" w:w="547"/>
            <w:vAlign w:val="center"/>
          </w:tcPr>
          <w:p>
            <w:pPr>
              <w:spacing w:after="0" w:before="0" w:line="197" w:lineRule="auto"/>
              <w:jc w:val="center"/>
            </w:pPr>
            <w:r>
              <w:rPr>
                <w:sz w:val="11"/>
              </w:rPr>
              <w:t>#294</w:t>
            </w:r>
          </w:p>
        </w:tc>
        <w:tc>
          <w:tcPr>
            <w:tcW w:type="dxa" w:w="2232"/>
            <w:vAlign w:val="center"/>
          </w:tcPr>
          <w:p>
            <w:pPr>
              <w:spacing w:after="0" w:before="0" w:line="197" w:lineRule="auto"/>
            </w:pPr>
            <w:r>
              <w:rPr>
                <w:sz w:val="11"/>
              </w:rPr>
              <w:t>New Family Surrogacy</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Jersey · Est.No info · — · Cost: No info · Match: No info</w:t>
            </w:r>
          </w:p>
        </w:tc>
      </w:tr>
      <w:tr>
        <w:tc>
          <w:tcPr>
            <w:tcW w:type="dxa" w:w="547"/>
            <w:vAlign w:val="center"/>
          </w:tcPr>
          <w:p>
            <w:pPr>
              <w:spacing w:after="0" w:before="0" w:line="197" w:lineRule="auto"/>
              <w:jc w:val="center"/>
            </w:pPr>
            <w:r>
              <w:rPr>
                <w:sz w:val="11"/>
              </w:rPr>
              <w:t>#295</w:t>
            </w:r>
          </w:p>
        </w:tc>
        <w:tc>
          <w:tcPr>
            <w:tcW w:type="dxa" w:w="2232"/>
            <w:vAlign w:val="center"/>
          </w:tcPr>
          <w:p>
            <w:pPr>
              <w:spacing w:after="0" w:before="0" w:line="197" w:lineRule="auto"/>
            </w:pPr>
            <w:r>
              <w:rPr>
                <w:sz w:val="11"/>
              </w:rPr>
              <w:t>New Jersey Surrogacy Center LLC</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Jersey · Est.No info · — · Cost: No info · Match: No info</w:t>
            </w:r>
          </w:p>
        </w:tc>
      </w:tr>
      <w:tr>
        <w:tc>
          <w:tcPr>
            <w:tcW w:type="dxa" w:w="547"/>
            <w:vAlign w:val="center"/>
          </w:tcPr>
          <w:p>
            <w:pPr>
              <w:spacing w:after="0" w:before="0" w:line="197" w:lineRule="auto"/>
              <w:jc w:val="center"/>
            </w:pPr>
            <w:r>
              <w:rPr>
                <w:sz w:val="11"/>
              </w:rPr>
              <w:t>#296</w:t>
            </w:r>
          </w:p>
        </w:tc>
        <w:tc>
          <w:tcPr>
            <w:tcW w:type="dxa" w:w="2232"/>
            <w:vAlign w:val="center"/>
          </w:tcPr>
          <w:p>
            <w:pPr>
              <w:spacing w:after="0" w:before="0" w:line="197" w:lineRule="auto"/>
            </w:pPr>
            <w:r>
              <w:rPr>
                <w:sz w:val="11"/>
              </w:rPr>
              <w:t>New Jersey Surrogacy Group</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Jersey · Est.No info · — · Cost: No info · Match: No info</w:t>
            </w:r>
          </w:p>
        </w:tc>
      </w:tr>
      <w:tr>
        <w:tc>
          <w:tcPr>
            <w:tcW w:type="dxa" w:w="547"/>
            <w:vAlign w:val="center"/>
          </w:tcPr>
          <w:p>
            <w:pPr>
              <w:spacing w:after="0" w:before="0" w:line="197" w:lineRule="auto"/>
              <w:jc w:val="center"/>
            </w:pPr>
            <w:r>
              <w:rPr>
                <w:sz w:val="11"/>
              </w:rPr>
              <w:t>#297</w:t>
            </w:r>
          </w:p>
        </w:tc>
        <w:tc>
          <w:tcPr>
            <w:tcW w:type="dxa" w:w="2232"/>
            <w:vAlign w:val="center"/>
          </w:tcPr>
          <w:p>
            <w:pPr>
              <w:spacing w:after="0" w:before="0" w:line="197" w:lineRule="auto"/>
            </w:pPr>
            <w:r>
              <w:rPr>
                <w:sz w:val="11"/>
              </w:rPr>
              <w:t>Newborn Advantage Surrogacy</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#298</w:t>
            </w:r>
          </w:p>
        </w:tc>
        <w:tc>
          <w:tcPr>
            <w:tcW w:type="dxa" w:w="2232"/>
            <w:vAlign w:val="center"/>
          </w:tcPr>
          <w:p>
            <w:pPr>
              <w:spacing w:after="0" w:before="0" w:line="197" w:lineRule="auto"/>
            </w:pPr>
            <w:r>
              <w:rPr>
                <w:sz w:val="11"/>
              </w:rPr>
              <w:t>NewCare Fertility Consulting</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5.0★ 1 review SurrogacyNetwork · Est.No info · 5.0★ · Cost: No info · Match: No info</w:t>
            </w:r>
          </w:p>
        </w:tc>
      </w:tr>
      <w:tr>
        <w:tc>
          <w:tcPr>
            <w:tcW w:type="dxa" w:w="547"/>
            <w:vAlign w:val="center"/>
          </w:tcPr>
          <w:p>
            <w:pPr>
              <w:spacing w:after="0" w:before="0" w:line="197" w:lineRule="auto"/>
              <w:jc w:val="center"/>
            </w:pPr>
            <w:r>
              <w:rPr>
                <w:sz w:val="11"/>
              </w:rPr>
              <w:t>#299</w:t>
            </w:r>
          </w:p>
        </w:tc>
        <w:tc>
          <w:tcPr>
            <w:tcW w:type="dxa" w:w="2232"/>
            <w:vAlign w:val="center"/>
          </w:tcPr>
          <w:p>
            <w:pPr>
              <w:spacing w:after="0" w:before="0" w:line="197" w:lineRule="auto"/>
            </w:pPr>
            <w:r>
              <w:rPr>
                <w:sz w:val="11"/>
              </w:rPr>
              <w:t>Northeast Assisted Fertility Group, Inc.</w:t>
            </w:r>
          </w:p>
        </w:tc>
        <w:tc>
          <w:tcPr>
            <w:tcW w:type="dxa" w:w="648"/>
            <w:vAlign w:val="center"/>
          </w:tcPr>
          <w:p>
            <w:pPr>
              <w:spacing w:after="0" w:before="0" w:line="197" w:lineRule="auto"/>
              <w:jc w:val="center"/>
            </w:pPr>
            <w:r>
              <w:rPr>
                <w:sz w:val="11"/>
              </w:rPr>
              <w:t>NY</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Est.No info · — · Cost: No info · Match: No info</w:t>
            </w:r>
          </w:p>
        </w:tc>
      </w:tr>
      <w:tr>
        <w:tc>
          <w:tcPr>
            <w:tcW w:type="dxa" w:w="547"/>
            <w:vAlign w:val="center"/>
          </w:tcPr>
          <w:p>
            <w:pPr>
              <w:spacing w:after="0" w:before="0" w:line="197" w:lineRule="auto"/>
              <w:jc w:val="center"/>
            </w:pPr>
            <w:r>
              <w:rPr>
                <w:sz w:val="11"/>
              </w:rPr>
              <w:t>#300</w:t>
            </w:r>
          </w:p>
        </w:tc>
        <w:tc>
          <w:tcPr>
            <w:tcW w:type="dxa" w:w="2232"/>
            <w:vAlign w:val="center"/>
          </w:tcPr>
          <w:p>
            <w:pPr>
              <w:spacing w:after="0" w:before="0" w:line="197" w:lineRule="auto"/>
            </w:pPr>
            <w:r>
              <w:rPr>
                <w:sz w:val="11"/>
              </w:rPr>
              <w:t>Novo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#301</w:t>
            </w:r>
          </w:p>
        </w:tc>
        <w:tc>
          <w:tcPr>
            <w:tcW w:type="dxa" w:w="2232"/>
            <w:vAlign w:val="center"/>
          </w:tcPr>
          <w:p>
            <w:pPr>
              <w:spacing w:after="0" w:before="0" w:line="197" w:lineRule="auto"/>
            </w:pPr>
            <w:r>
              <w:rPr>
                <w:sz w:val="11"/>
              </w:rPr>
              <w:t>Omega Family Global</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California · 2.4★ 3 reviews SurrogacyNetwork · Est.No info · 2.4★ · Cost: No info · Match: No info</w:t>
            </w:r>
          </w:p>
        </w:tc>
      </w:tr>
      <w:tr>
        <w:tc>
          <w:tcPr>
            <w:tcW w:type="dxa" w:w="547"/>
            <w:vAlign w:val="center"/>
          </w:tcPr>
          <w:p>
            <w:pPr>
              <w:spacing w:after="0" w:before="0" w:line="197" w:lineRule="auto"/>
              <w:jc w:val="center"/>
            </w:pPr>
            <w:r>
              <w:rPr>
                <w:sz w:val="11"/>
              </w:rPr>
              <w:t>#302</w:t>
            </w:r>
          </w:p>
        </w:tc>
        <w:tc>
          <w:tcPr>
            <w:tcW w:type="dxa" w:w="2232"/>
            <w:vAlign w:val="center"/>
          </w:tcPr>
          <w:p>
            <w:pPr>
              <w:spacing w:after="0" w:before="0" w:line="197" w:lineRule="auto"/>
            </w:pPr>
            <w:r>
              <w:rPr>
                <w:sz w:val="11"/>
              </w:rPr>
              <w:t>Opal Surrogacy Services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Nevada · Est.No info · — · Cost: No info · Match: No info</w:t>
            </w:r>
          </w:p>
        </w:tc>
      </w:tr>
      <w:tr>
        <w:tc>
          <w:tcPr>
            <w:tcW w:type="dxa" w:w="547"/>
            <w:vAlign w:val="center"/>
          </w:tcPr>
          <w:p>
            <w:pPr>
              <w:spacing w:after="0" w:before="0" w:line="197" w:lineRule="auto"/>
              <w:jc w:val="center"/>
            </w:pPr>
            <w:r>
              <w:rPr>
                <w:sz w:val="11"/>
              </w:rPr>
              <w:t>#303</w:t>
            </w:r>
          </w:p>
        </w:tc>
        <w:tc>
          <w:tcPr>
            <w:tcW w:type="dxa" w:w="2232"/>
            <w:vAlign w:val="center"/>
          </w:tcPr>
          <w:p>
            <w:pPr>
              <w:spacing w:after="0" w:before="0" w:line="197" w:lineRule="auto"/>
            </w:pPr>
            <w:r>
              <w:rPr>
                <w:sz w:val="11"/>
              </w:rPr>
              <w:t>Open Arms Surrogacy &amp; Egg Donation</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Egg donation + surrogacy · Est.No info · — · Cost: No info · Match: No info</w:t>
            </w:r>
          </w:p>
        </w:tc>
      </w:tr>
      <w:tr>
        <w:tc>
          <w:tcPr>
            <w:tcW w:type="dxa" w:w="547"/>
            <w:vAlign w:val="center"/>
          </w:tcPr>
          <w:p>
            <w:pPr>
              <w:spacing w:after="0" w:before="0" w:line="197" w:lineRule="auto"/>
              <w:jc w:val="center"/>
            </w:pPr>
            <w:r>
              <w:rPr>
                <w:sz w:val="11"/>
              </w:rPr>
              <w:t>#304</w:t>
            </w:r>
          </w:p>
        </w:tc>
        <w:tc>
          <w:tcPr>
            <w:tcW w:type="dxa" w:w="2232"/>
            <w:vAlign w:val="center"/>
          </w:tcPr>
          <w:p>
            <w:pPr>
              <w:spacing w:after="0" w:before="0" w:line="197" w:lineRule="auto"/>
            </w:pPr>
            <w:r>
              <w:rPr>
                <w:sz w:val="11"/>
              </w:rPr>
              <w:t>Options in Family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#305</w:t>
            </w:r>
          </w:p>
        </w:tc>
        <w:tc>
          <w:tcPr>
            <w:tcW w:type="dxa" w:w="2232"/>
            <w:vAlign w:val="center"/>
          </w:tcPr>
          <w:p>
            <w:pPr>
              <w:spacing w:after="0" w:before="0" w:line="197" w:lineRule="auto"/>
            </w:pPr>
            <w:r>
              <w:rPr>
                <w:sz w:val="11"/>
              </w:rPr>
              <w:t>Oregon Surrogacy Center</w:t>
            </w:r>
          </w:p>
        </w:tc>
        <w:tc>
          <w:tcPr>
            <w:tcW w:type="dxa" w:w="648"/>
            <w:vAlign w:val="center"/>
          </w:tcPr>
          <w:p>
            <w:pPr>
              <w:spacing w:after="0" w:before="0" w:line="197" w:lineRule="auto"/>
              <w:jc w:val="center"/>
            </w:pPr>
            <w:r>
              <w:rPr>
                <w:sz w:val="11"/>
              </w:rPr>
              <w:t>OR</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Oregon · Est.No info · — · Cost: No info · Match: No info</w:t>
            </w:r>
          </w:p>
        </w:tc>
      </w:tr>
      <w:tr>
        <w:tc>
          <w:tcPr>
            <w:tcW w:type="dxa" w:w="547"/>
            <w:vAlign w:val="center"/>
          </w:tcPr>
          <w:p>
            <w:pPr>
              <w:spacing w:after="0" w:before="0" w:line="197" w:lineRule="auto"/>
              <w:jc w:val="center"/>
            </w:pPr>
            <w:r>
              <w:rPr>
                <w:sz w:val="11"/>
              </w:rPr>
              <w:t>#306</w:t>
            </w:r>
          </w:p>
        </w:tc>
        <w:tc>
          <w:tcPr>
            <w:tcW w:type="dxa" w:w="2232"/>
            <w:vAlign w:val="center"/>
          </w:tcPr>
          <w:p>
            <w:pPr>
              <w:spacing w:after="0" w:before="0" w:line="197" w:lineRule="auto"/>
            </w:pPr>
            <w:r>
              <w:rPr>
                <w:sz w:val="11"/>
              </w:rPr>
              <w:t>Origo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#307</w:t>
            </w:r>
          </w:p>
        </w:tc>
        <w:tc>
          <w:tcPr>
            <w:tcW w:type="dxa" w:w="2232"/>
            <w:vAlign w:val="center"/>
          </w:tcPr>
          <w:p>
            <w:pPr>
              <w:spacing w:after="0" w:before="0" w:line="197" w:lineRule="auto"/>
            </w:pPr>
            <w:r>
              <w:rPr>
                <w:sz w:val="11"/>
              </w:rPr>
              <w:t>Our Fairy Godmother &amp; Stork (OFG &amp; STORK)</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35</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Florida · 1.0★ 1 review SurrogacyNetwork · Est.No info · 1.0★ · Cost: No info · Match: No info</w:t>
            </w:r>
          </w:p>
        </w:tc>
      </w:tr>
      <w:tr>
        <w:tc>
          <w:tcPr>
            <w:tcW w:type="dxa" w:w="547"/>
            <w:vAlign w:val="center"/>
          </w:tcPr>
          <w:p>
            <w:pPr>
              <w:spacing w:after="0" w:before="0" w:line="197" w:lineRule="auto"/>
              <w:jc w:val="center"/>
            </w:pPr>
            <w:r>
              <w:rPr>
                <w:sz w:val="11"/>
              </w:rPr>
              <w:t>#308</w:t>
            </w:r>
          </w:p>
        </w:tc>
        <w:tc>
          <w:tcPr>
            <w:tcW w:type="dxa" w:w="2232"/>
            <w:vAlign w:val="center"/>
          </w:tcPr>
          <w:p>
            <w:pPr>
              <w:spacing w:after="0" w:before="0" w:line="197" w:lineRule="auto"/>
            </w:pPr>
            <w:r>
              <w:rPr>
                <w:sz w:val="11"/>
              </w:rPr>
              <w:t>Pacific Miracles,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#309</w:t>
            </w:r>
          </w:p>
        </w:tc>
        <w:tc>
          <w:tcPr>
            <w:tcW w:type="dxa" w:w="2232"/>
            <w:vAlign w:val="center"/>
          </w:tcPr>
          <w:p>
            <w:pPr>
              <w:spacing w:after="0" w:before="0" w:line="197" w:lineRule="auto"/>
            </w:pPr>
            <w:r>
              <w:rPr>
                <w:sz w:val="11"/>
              </w:rPr>
              <w:t>Pathways To Parenthood</w:t>
            </w:r>
          </w:p>
        </w:tc>
        <w:tc>
          <w:tcPr>
            <w:tcW w:type="dxa" w:w="648"/>
            <w:vAlign w:val="center"/>
          </w:tcPr>
          <w:p>
            <w:pPr>
              <w:spacing w:after="0" w:before="0" w:line="197" w:lineRule="auto"/>
              <w:jc w:val="center"/>
            </w:pPr>
            <w:r>
              <w:rPr>
                <w:sz w:val="11"/>
              </w:rPr>
              <w:t>KS</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Kansas · Est.No info · — · Cost: No info · Match: No info</w:t>
            </w:r>
          </w:p>
        </w:tc>
      </w:tr>
      <w:tr>
        <w:tc>
          <w:tcPr>
            <w:tcW w:type="dxa" w:w="547"/>
            <w:vAlign w:val="center"/>
          </w:tcPr>
          <w:p>
            <w:pPr>
              <w:spacing w:after="0" w:before="0" w:line="197" w:lineRule="auto"/>
              <w:jc w:val="center"/>
            </w:pPr>
            <w:r>
              <w:rPr>
                <w:sz w:val="11"/>
              </w:rPr>
              <w:t>#310</w:t>
            </w:r>
          </w:p>
        </w:tc>
        <w:tc>
          <w:tcPr>
            <w:tcW w:type="dxa" w:w="2232"/>
            <w:vAlign w:val="center"/>
          </w:tcPr>
          <w:p>
            <w:pPr>
              <w:spacing w:after="0" w:before="0" w:line="197" w:lineRule="auto"/>
            </w:pPr>
            <w:r>
              <w:rPr>
                <w:sz w:val="11"/>
              </w:rPr>
              <w:t>Pearl Surrogacy</w:t>
            </w:r>
          </w:p>
        </w:tc>
        <w:tc>
          <w:tcPr>
            <w:tcW w:type="dxa" w:w="648"/>
            <w:vAlign w:val="center"/>
          </w:tcPr>
          <w:p>
            <w:pPr>
              <w:spacing w:after="0" w:before="0" w:line="197" w:lineRule="auto"/>
              <w:jc w:val="center"/>
            </w:pPr>
            <w:r>
              <w:rPr>
                <w:sz w:val="11"/>
              </w:rPr>
              <w:t>NJ</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Jersey · Est.No info · — · Cost: No info · Match: No info</w:t>
            </w:r>
          </w:p>
        </w:tc>
      </w:tr>
      <w:tr>
        <w:tc>
          <w:tcPr>
            <w:tcW w:type="dxa" w:w="547"/>
            <w:vAlign w:val="center"/>
          </w:tcPr>
          <w:p>
            <w:pPr>
              <w:spacing w:after="0" w:before="0" w:line="197" w:lineRule="auto"/>
              <w:jc w:val="center"/>
            </w:pPr>
            <w:r>
              <w:rPr>
                <w:sz w:val="11"/>
              </w:rPr>
              <w:t>#311</w:t>
            </w:r>
          </w:p>
        </w:tc>
        <w:tc>
          <w:tcPr>
            <w:tcW w:type="dxa" w:w="2232"/>
            <w:vAlign w:val="center"/>
          </w:tcPr>
          <w:p>
            <w:pPr>
              <w:spacing w:after="0" w:before="0" w:line="197" w:lineRule="auto"/>
            </w:pPr>
            <w:r>
              <w:rPr>
                <w:sz w:val="11"/>
              </w:rPr>
              <w:t>Peas in a Pod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#312</w:t>
            </w:r>
          </w:p>
        </w:tc>
        <w:tc>
          <w:tcPr>
            <w:tcW w:type="dxa" w:w="2232"/>
            <w:vAlign w:val="center"/>
          </w:tcPr>
          <w:p>
            <w:pPr>
              <w:spacing w:after="0" w:before="0" w:line="197" w:lineRule="auto"/>
            </w:pPr>
            <w:r>
              <w:rPr>
                <w:sz w:val="11"/>
              </w:rPr>
              <w:t>Pineapple Surrogacy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New 2025 · Different from Pineapple Family (Sacramento) · Est.2025 · — · Cost: No info · Match: No info</w:t>
            </w:r>
          </w:p>
        </w:tc>
      </w:tr>
      <w:tr>
        <w:tc>
          <w:tcPr>
            <w:tcW w:type="dxa" w:w="547"/>
            <w:vAlign w:val="center"/>
          </w:tcPr>
          <w:p>
            <w:pPr>
              <w:spacing w:after="0" w:before="0" w:line="197" w:lineRule="auto"/>
              <w:jc w:val="center"/>
            </w:pPr>
            <w:r>
              <w:rPr>
                <w:sz w:val="11"/>
              </w:rPr>
              <w:t>#313</w:t>
            </w:r>
          </w:p>
        </w:tc>
        <w:tc>
          <w:tcPr>
            <w:tcW w:type="dxa" w:w="2232"/>
            <w:vAlign w:val="center"/>
          </w:tcPr>
          <w:p>
            <w:pPr>
              <w:spacing w:after="0" w:before="0" w:line="197" w:lineRule="auto"/>
            </w:pPr>
            <w:r>
              <w:rPr>
                <w:sz w:val="11"/>
              </w:rPr>
              <w:t>Pink &amp; Blue Surrogacy and Fertility, LLC</w:t>
            </w:r>
          </w:p>
        </w:tc>
        <w:tc>
          <w:tcPr>
            <w:tcW w:type="dxa" w:w="648"/>
            <w:vAlign w:val="center"/>
          </w:tcPr>
          <w:p>
            <w:pPr>
              <w:spacing w:after="0" w:before="0" w:line="197" w:lineRule="auto"/>
              <w:jc w:val="center"/>
            </w:pPr>
            <w:r>
              <w:rPr>
                <w:sz w:val="11"/>
              </w:rPr>
              <w:t>WI</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62</w:t>
            </w:r>
          </w:p>
        </w:tc>
        <w:tc>
          <w:tcPr>
            <w:tcW w:type="dxa" w:w="490"/>
            <w:vAlign w:val="center"/>
          </w:tcPr>
          <w:p>
            <w:pPr>
              <w:spacing w:after="0" w:before="0" w:line="197" w:lineRule="auto"/>
              <w:jc w:val="center"/>
            </w:pPr>
            <w:r>
              <w:rPr>
                <w:sz w:val="11"/>
              </w:rPr>
              <w:t>4</w:t>
            </w:r>
          </w:p>
        </w:tc>
        <w:tc>
          <w:tcPr>
            <w:tcW w:type="dxa" w:w="490"/>
            <w:vAlign w:val="center"/>
          </w:tcPr>
          <w:p>
            <w:pPr>
              <w:spacing w:after="0" w:before="0" w:line="197" w:lineRule="auto"/>
              <w:jc w:val="center"/>
            </w:pPr>
            <w:r>
              <w:rPr>
                <w:sz w:val="11"/>
              </w:rPr>
              <w:t>3</w:t>
            </w:r>
          </w:p>
        </w:tc>
        <w:tc>
          <w:tcPr>
            <w:tcW w:type="dxa" w:w="547"/>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NYS licensed · Est.2017 · 4.8★ · Cost: $140–$165 · Match: 4–6 mo</w:t>
            </w:r>
          </w:p>
        </w:tc>
      </w:tr>
      <w:tr>
        <w:tc>
          <w:tcPr>
            <w:tcW w:type="dxa" w:w="547"/>
            <w:vAlign w:val="center"/>
          </w:tcPr>
          <w:p>
            <w:pPr>
              <w:spacing w:after="0" w:before="0" w:line="197" w:lineRule="auto"/>
              <w:jc w:val="center"/>
            </w:pPr>
            <w:r>
              <w:rPr>
                <w:sz w:val="11"/>
              </w:rPr>
              <w:t>#314</w:t>
            </w:r>
          </w:p>
        </w:tc>
        <w:tc>
          <w:tcPr>
            <w:tcW w:type="dxa" w:w="2232"/>
            <w:vAlign w:val="center"/>
          </w:tcPr>
          <w:p>
            <w:pPr>
              <w:spacing w:after="0" w:before="0" w:line="197" w:lineRule="auto"/>
            </w:pPr>
            <w:r>
              <w:rPr>
                <w:sz w:val="11"/>
              </w:rPr>
              <w:t>Pinnacle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#315</w:t>
            </w:r>
          </w:p>
        </w:tc>
        <w:tc>
          <w:tcPr>
            <w:tcW w:type="dxa" w:w="2232"/>
            <w:vAlign w:val="center"/>
          </w:tcPr>
          <w:p>
            <w:pPr>
              <w:spacing w:after="0" w:before="0" w:line="197" w:lineRule="auto"/>
            </w:pPr>
            <w:r>
              <w:rPr>
                <w:sz w:val="11"/>
              </w:rPr>
              <w:t>Positive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#316</w:t>
            </w:r>
          </w:p>
        </w:tc>
        <w:tc>
          <w:tcPr>
            <w:tcW w:type="dxa" w:w="2232"/>
            <w:vAlign w:val="center"/>
          </w:tcPr>
          <w:p>
            <w:pPr>
              <w:spacing w:after="0" w:before="0" w:line="197" w:lineRule="auto"/>
            </w:pPr>
            <w:r>
              <w:rPr>
                <w:sz w:val="11"/>
              </w:rPr>
              <w:t>PrimaVita Surrogacy</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#317</w:t>
            </w:r>
          </w:p>
        </w:tc>
        <w:tc>
          <w:tcPr>
            <w:tcW w:type="dxa" w:w="2232"/>
            <w:vAlign w:val="center"/>
          </w:tcPr>
          <w:p>
            <w:pPr>
              <w:spacing w:after="0" w:before="0" w:line="197" w:lineRule="auto"/>
            </w:pPr>
            <w:r>
              <w:rPr>
                <w:sz w:val="11"/>
              </w:rPr>
              <w:t>Prime Genetics</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31</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1</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Texas · 1.0★ 1 review SurrogacyNetwork · Est.No info · 1.0★ · Cost: No info · Match: No info</w:t>
            </w:r>
          </w:p>
        </w:tc>
      </w:tr>
      <w:tr>
        <w:tc>
          <w:tcPr>
            <w:tcW w:type="dxa" w:w="547"/>
            <w:vAlign w:val="center"/>
          </w:tcPr>
          <w:p>
            <w:pPr>
              <w:spacing w:after="0" w:before="0" w:line="197" w:lineRule="auto"/>
              <w:jc w:val="center"/>
            </w:pPr>
            <w:r>
              <w:rPr>
                <w:sz w:val="11"/>
              </w:rPr>
              <w:t>#318</w:t>
            </w:r>
          </w:p>
        </w:tc>
        <w:tc>
          <w:tcPr>
            <w:tcW w:type="dxa" w:w="2232"/>
            <w:vAlign w:val="center"/>
          </w:tcPr>
          <w:p>
            <w:pPr>
              <w:spacing w:after="0" w:before="0" w:line="197" w:lineRule="auto"/>
            </w:pPr>
            <w:r>
              <w:rPr>
                <w:sz w:val="11"/>
              </w:rPr>
              <w:t>Rainbow Life, LLC</w:t>
            </w:r>
          </w:p>
        </w:tc>
        <w:tc>
          <w:tcPr>
            <w:tcW w:type="dxa" w:w="648"/>
            <w:vAlign w:val="center"/>
          </w:tcPr>
          <w:p>
            <w:pPr>
              <w:spacing w:after="0" w:before="0" w:line="197" w:lineRule="auto"/>
              <w:jc w:val="center"/>
            </w:pPr>
            <w:r>
              <w:rPr>
                <w:sz w:val="11"/>
              </w:rPr>
              <w:t>NY</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New York · LGBTQ+ implied · Est.No info · — · Cost: No info · Match: No info</w:t>
            </w:r>
          </w:p>
        </w:tc>
      </w:tr>
      <w:tr>
        <w:tc>
          <w:tcPr>
            <w:tcW w:type="dxa" w:w="547"/>
            <w:vAlign w:val="center"/>
          </w:tcPr>
          <w:p>
            <w:pPr>
              <w:spacing w:after="0" w:before="0" w:line="197" w:lineRule="auto"/>
              <w:jc w:val="center"/>
            </w:pPr>
            <w:r>
              <w:rPr>
                <w:sz w:val="11"/>
              </w:rPr>
              <w:t>#319</w:t>
            </w:r>
          </w:p>
        </w:tc>
        <w:tc>
          <w:tcPr>
            <w:tcW w:type="dxa" w:w="2232"/>
            <w:vAlign w:val="center"/>
          </w:tcPr>
          <w:p>
            <w:pPr>
              <w:spacing w:after="0" w:before="0" w:line="197" w:lineRule="auto"/>
            </w:pPr>
            <w:r>
              <w:rPr>
                <w:sz w:val="11"/>
              </w:rPr>
              <w:t>Reproductive Assistance Inc.</w:t>
            </w:r>
          </w:p>
        </w:tc>
        <w:tc>
          <w:tcPr>
            <w:tcW w:type="dxa" w:w="648"/>
            <w:vAlign w:val="center"/>
          </w:tcPr>
          <w:p>
            <w:pPr>
              <w:spacing w:after="0" w:before="0" w:line="197" w:lineRule="auto"/>
              <w:jc w:val="center"/>
            </w:pPr>
            <w:r>
              <w:rPr>
                <w:sz w:val="11"/>
              </w:rPr>
              <w:t>OH</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Ohio · Est.No info · — · Cost: No info · Match: No info</w:t>
            </w:r>
          </w:p>
        </w:tc>
      </w:tr>
      <w:tr>
        <w:tc>
          <w:tcPr>
            <w:tcW w:type="dxa" w:w="547"/>
            <w:vAlign w:val="center"/>
          </w:tcPr>
          <w:p>
            <w:pPr>
              <w:spacing w:after="0" w:before="0" w:line="197" w:lineRule="auto"/>
              <w:jc w:val="center"/>
            </w:pPr>
            <w:r>
              <w:rPr>
                <w:sz w:val="11"/>
              </w:rPr>
              <w:t>#320</w:t>
            </w:r>
          </w:p>
        </w:tc>
        <w:tc>
          <w:tcPr>
            <w:tcW w:type="dxa" w:w="2232"/>
            <w:vAlign w:val="center"/>
          </w:tcPr>
          <w:p>
            <w:pPr>
              <w:spacing w:after="0" w:before="0" w:line="197" w:lineRule="auto"/>
            </w:pPr>
            <w:r>
              <w:rPr>
                <w:sz w:val="11"/>
              </w:rPr>
              <w:t>Reproductive Options, Inc.</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Ohio · Est.No info · — · Cost: No info · Match: No info</w:t>
            </w:r>
          </w:p>
        </w:tc>
      </w:tr>
      <w:tr>
        <w:tc>
          <w:tcPr>
            <w:tcW w:type="dxa" w:w="547"/>
            <w:vAlign w:val="center"/>
          </w:tcPr>
          <w:p>
            <w:pPr>
              <w:spacing w:after="0" w:before="0" w:line="197" w:lineRule="auto"/>
              <w:jc w:val="center"/>
            </w:pPr>
            <w:r>
              <w:rPr>
                <w:sz w:val="11"/>
              </w:rPr>
              <w:t>#321</w:t>
            </w:r>
          </w:p>
        </w:tc>
        <w:tc>
          <w:tcPr>
            <w:tcW w:type="dxa" w:w="2232"/>
            <w:vAlign w:val="center"/>
          </w:tcPr>
          <w:p>
            <w:pPr>
              <w:spacing w:after="0" w:before="0" w:line="197" w:lineRule="auto"/>
            </w:pPr>
            <w:r>
              <w:rPr>
                <w:sz w:val="11"/>
              </w:rPr>
              <w:t>Royal Surrogacy and Egg Donation</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Egg donation + surrogacy · Est.No info · — · Cost: No info · Match: No info</w:t>
            </w:r>
          </w:p>
        </w:tc>
      </w:tr>
      <w:tr>
        <w:tc>
          <w:tcPr>
            <w:tcW w:type="dxa" w:w="547"/>
            <w:vAlign w:val="center"/>
          </w:tcPr>
          <w:p>
            <w:pPr>
              <w:spacing w:after="0" w:before="0" w:line="197" w:lineRule="auto"/>
              <w:jc w:val="center"/>
            </w:pPr>
            <w:r>
              <w:rPr>
                <w:sz w:val="11"/>
              </w:rPr>
              <w:t>#322</w:t>
            </w:r>
          </w:p>
        </w:tc>
        <w:tc>
          <w:tcPr>
            <w:tcW w:type="dxa" w:w="2232"/>
            <w:vAlign w:val="center"/>
          </w:tcPr>
          <w:p>
            <w:pPr>
              <w:spacing w:after="0" w:before="0" w:line="197" w:lineRule="auto"/>
            </w:pPr>
            <w:r>
              <w:rPr>
                <w:sz w:val="11"/>
              </w:rPr>
              <w:t>Sacramento Surrogacy Center</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#323</w:t>
            </w:r>
          </w:p>
        </w:tc>
        <w:tc>
          <w:tcPr>
            <w:tcW w:type="dxa" w:w="2232"/>
            <w:vAlign w:val="center"/>
          </w:tcPr>
          <w:p>
            <w:pPr>
              <w:spacing w:after="0" w:before="0" w:line="197" w:lineRule="auto"/>
            </w:pPr>
            <w:r>
              <w:rPr>
                <w:sz w:val="11"/>
              </w:rPr>
              <w:t>San Diego Surrogacy Center</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#324</w:t>
            </w:r>
          </w:p>
        </w:tc>
        <w:tc>
          <w:tcPr>
            <w:tcW w:type="dxa" w:w="2232"/>
            <w:vAlign w:val="center"/>
          </w:tcPr>
          <w:p>
            <w:pPr>
              <w:spacing w:after="0" w:before="0" w:line="197" w:lineRule="auto"/>
            </w:pPr>
            <w:r>
              <w:rPr>
                <w:sz w:val="11"/>
              </w:rPr>
              <w:t>San Francisco Surrogacy Center</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#325</w:t>
            </w:r>
          </w:p>
        </w:tc>
        <w:tc>
          <w:tcPr>
            <w:tcW w:type="dxa" w:w="2232"/>
            <w:vAlign w:val="center"/>
          </w:tcPr>
          <w:p>
            <w:pPr>
              <w:spacing w:after="0" w:before="0" w:line="197" w:lineRule="auto"/>
            </w:pPr>
            <w:r>
              <w:rPr>
                <w:sz w:val="11"/>
              </w:rPr>
              <w:t>Second Bloom Surrogacy, LLC</w:t>
            </w:r>
          </w:p>
        </w:tc>
        <w:tc>
          <w:tcPr>
            <w:tcW w:type="dxa" w:w="648"/>
            <w:vAlign w:val="center"/>
          </w:tcPr>
          <w:p>
            <w:pPr>
              <w:spacing w:after="0" w:before="0" w:line="197" w:lineRule="auto"/>
              <w:jc w:val="center"/>
            </w:pPr>
            <w:r>
              <w:rPr>
                <w:sz w:val="11"/>
              </w:rPr>
              <w:t>ID</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Idaho · Est.No info · — · Cost: No info · Match: No info</w:t>
            </w:r>
          </w:p>
        </w:tc>
      </w:tr>
      <w:tr>
        <w:tc>
          <w:tcPr>
            <w:tcW w:type="dxa" w:w="547"/>
            <w:vAlign w:val="center"/>
          </w:tcPr>
          <w:p>
            <w:pPr>
              <w:spacing w:after="0" w:before="0" w:line="197" w:lineRule="auto"/>
              <w:jc w:val="center"/>
            </w:pPr>
            <w:r>
              <w:rPr>
                <w:sz w:val="11"/>
              </w:rPr>
              <w:t>#326</w:t>
            </w:r>
          </w:p>
        </w:tc>
        <w:tc>
          <w:tcPr>
            <w:tcW w:type="dxa" w:w="2232"/>
            <w:vAlign w:val="center"/>
          </w:tcPr>
          <w:p>
            <w:pPr>
              <w:spacing w:after="0" w:before="0" w:line="197" w:lineRule="auto"/>
            </w:pPr>
            <w:r>
              <w:rPr>
                <w:sz w:val="11"/>
              </w:rPr>
              <w:t>Second Chance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#327</w:t>
            </w:r>
          </w:p>
        </w:tc>
        <w:tc>
          <w:tcPr>
            <w:tcW w:type="dxa" w:w="2232"/>
            <w:vAlign w:val="center"/>
          </w:tcPr>
          <w:p>
            <w:pPr>
              <w:spacing w:after="0" w:before="0" w:line="197" w:lineRule="auto"/>
            </w:pPr>
            <w:r>
              <w:rPr>
                <w:sz w:val="11"/>
              </w:rPr>
              <w:t>Sensational Surrogacy</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Est.No info · — · Cost: No info · Match: No info</w:t>
            </w:r>
          </w:p>
        </w:tc>
      </w:tr>
      <w:tr>
        <w:tc>
          <w:tcPr>
            <w:tcW w:type="dxa" w:w="547"/>
            <w:vAlign w:val="center"/>
          </w:tcPr>
          <w:p>
            <w:pPr>
              <w:spacing w:after="0" w:before="0" w:line="197" w:lineRule="auto"/>
              <w:jc w:val="center"/>
            </w:pPr>
            <w:r>
              <w:rPr>
                <w:sz w:val="11"/>
              </w:rPr>
              <w:t>#328</w:t>
            </w:r>
          </w:p>
        </w:tc>
        <w:tc>
          <w:tcPr>
            <w:tcW w:type="dxa" w:w="2232"/>
            <w:vAlign w:val="center"/>
          </w:tcPr>
          <w:p>
            <w:pPr>
              <w:spacing w:after="0" w:before="0" w:line="197" w:lineRule="auto"/>
            </w:pPr>
            <w:r>
              <w:rPr>
                <w:sz w:val="11"/>
              </w:rPr>
              <w:t>Simple Steps Fertility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#329</w:t>
            </w:r>
          </w:p>
        </w:tc>
        <w:tc>
          <w:tcPr>
            <w:tcW w:type="dxa" w:w="2232"/>
            <w:vAlign w:val="center"/>
          </w:tcPr>
          <w:p>
            <w:pPr>
              <w:spacing w:after="0" w:before="0" w:line="197" w:lineRule="auto"/>
            </w:pPr>
            <w:r>
              <w:rPr>
                <w:sz w:val="11"/>
              </w:rPr>
              <w:t>SoCal Surrogacy,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#330</w:t>
            </w:r>
          </w:p>
        </w:tc>
        <w:tc>
          <w:tcPr>
            <w:tcW w:type="dxa" w:w="2232"/>
            <w:vAlign w:val="center"/>
          </w:tcPr>
          <w:p>
            <w:pPr>
              <w:spacing w:after="0" w:before="0" w:line="197" w:lineRule="auto"/>
            </w:pPr>
            <w:r>
              <w:rPr>
                <w:sz w:val="11"/>
              </w:rPr>
              <w:t>Sol Cal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#331</w:t>
            </w:r>
          </w:p>
        </w:tc>
        <w:tc>
          <w:tcPr>
            <w:tcW w:type="dxa" w:w="2232"/>
            <w:vAlign w:val="center"/>
          </w:tcPr>
          <w:p>
            <w:pPr>
              <w:spacing w:after="0" w:before="0" w:line="197" w:lineRule="auto"/>
            </w:pPr>
            <w:r>
              <w:rPr>
                <w:sz w:val="11"/>
              </w:rPr>
              <w:t>Special Deliveries, LLC</w:t>
            </w:r>
          </w:p>
        </w:tc>
        <w:tc>
          <w:tcPr>
            <w:tcW w:type="dxa" w:w="648"/>
            <w:vAlign w:val="center"/>
          </w:tcPr>
          <w:p>
            <w:pPr>
              <w:spacing w:after="0" w:before="0" w:line="197" w:lineRule="auto"/>
              <w:jc w:val="center"/>
            </w:pPr>
            <w:r>
              <w:rPr>
                <w:sz w:val="11"/>
              </w:rPr>
              <w:t>FL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Florida · Est.No info · — · Cost: No info · Match: No info</w:t>
            </w:r>
          </w:p>
        </w:tc>
      </w:tr>
      <w:tr>
        <w:tc>
          <w:tcPr>
            <w:tcW w:type="dxa" w:w="547"/>
            <w:vAlign w:val="center"/>
          </w:tcPr>
          <w:p>
            <w:pPr>
              <w:spacing w:after="0" w:before="0" w:line="197" w:lineRule="auto"/>
              <w:jc w:val="center"/>
            </w:pPr>
            <w:r>
              <w:rPr>
                <w:sz w:val="11"/>
              </w:rPr>
              <w:t>#332</w:t>
            </w:r>
          </w:p>
        </w:tc>
        <w:tc>
          <w:tcPr>
            <w:tcW w:type="dxa" w:w="2232"/>
            <w:vAlign w:val="center"/>
          </w:tcPr>
          <w:p>
            <w:pPr>
              <w:spacing w:after="0" w:before="0" w:line="197" w:lineRule="auto"/>
            </w:pPr>
            <w:r>
              <w:rPr>
                <w:sz w:val="11"/>
              </w:rPr>
              <w:t>Star Surrogacy</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#333</w:t>
            </w:r>
          </w:p>
        </w:tc>
        <w:tc>
          <w:tcPr>
            <w:tcW w:type="dxa" w:w="2232"/>
            <w:vAlign w:val="center"/>
          </w:tcPr>
          <w:p>
            <w:pPr>
              <w:spacing w:after="0" w:before="0" w:line="197" w:lineRule="auto"/>
            </w:pPr>
            <w:r>
              <w:rPr>
                <w:sz w:val="11"/>
              </w:rPr>
              <w:t>Supportive Conceptions Surrogacy</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5.0★ 1 review SurrogacyNetwork · Est.No info · 5.0★ · Cost: No info · Match: No info</w:t>
            </w:r>
          </w:p>
        </w:tc>
      </w:tr>
      <w:tr>
        <w:tc>
          <w:tcPr>
            <w:tcW w:type="dxa" w:w="547"/>
            <w:vAlign w:val="center"/>
          </w:tcPr>
          <w:p>
            <w:pPr>
              <w:spacing w:after="0" w:before="0" w:line="197" w:lineRule="auto"/>
              <w:jc w:val="center"/>
            </w:pPr>
            <w:r>
              <w:rPr>
                <w:sz w:val="11"/>
              </w:rPr>
              <w:t>#334</w:t>
            </w:r>
          </w:p>
        </w:tc>
        <w:tc>
          <w:tcPr>
            <w:tcW w:type="dxa" w:w="2232"/>
            <w:vAlign w:val="center"/>
          </w:tcPr>
          <w:p>
            <w:pPr>
              <w:spacing w:after="0" w:before="0" w:line="197" w:lineRule="auto"/>
            </w:pPr>
            <w:r>
              <w:rPr>
                <w:sz w:val="11"/>
              </w:rPr>
              <w:t>Surrogacy 365</w:t>
            </w:r>
          </w:p>
        </w:tc>
        <w:tc>
          <w:tcPr>
            <w:tcW w:type="dxa" w:w="648"/>
            <w:vAlign w:val="center"/>
          </w:tcPr>
          <w:p>
            <w:pPr>
              <w:spacing w:after="0" w:before="0" w:line="197" w:lineRule="auto"/>
              <w:jc w:val="center"/>
            </w:pPr>
            <w:r>
              <w:rPr>
                <w:sz w:val="11"/>
              </w:rPr>
              <w:t>DE</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Delaware · Est.No info · — · Cost: No info · Match: No info</w:t>
            </w:r>
          </w:p>
        </w:tc>
      </w:tr>
      <w:tr>
        <w:tc>
          <w:tcPr>
            <w:tcW w:type="dxa" w:w="547"/>
            <w:vAlign w:val="center"/>
          </w:tcPr>
          <w:p>
            <w:pPr>
              <w:spacing w:after="0" w:before="0" w:line="197" w:lineRule="auto"/>
              <w:jc w:val="center"/>
            </w:pPr>
            <w:r>
              <w:rPr>
                <w:sz w:val="11"/>
              </w:rPr>
              <w:t>#335</w:t>
            </w:r>
          </w:p>
        </w:tc>
        <w:tc>
          <w:tcPr>
            <w:tcW w:type="dxa" w:w="2232"/>
            <w:vAlign w:val="center"/>
          </w:tcPr>
          <w:p>
            <w:pPr>
              <w:spacing w:after="0" w:before="0" w:line="197" w:lineRule="auto"/>
            </w:pPr>
            <w:r>
              <w:rPr>
                <w:sz w:val="11"/>
              </w:rPr>
              <w:t>Surrogacy Beyond Borders</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California · 1.0★ 1 review · International focus · Est.No info · 1.0★ · Cost: No info · Match: No info</w:t>
            </w:r>
          </w:p>
        </w:tc>
      </w:tr>
      <w:tr>
        <w:tc>
          <w:tcPr>
            <w:tcW w:type="dxa" w:w="547"/>
            <w:vAlign w:val="center"/>
          </w:tcPr>
          <w:p>
            <w:pPr>
              <w:spacing w:after="0" w:before="0" w:line="197" w:lineRule="auto"/>
              <w:jc w:val="center"/>
            </w:pPr>
            <w:r>
              <w:rPr>
                <w:sz w:val="11"/>
              </w:rPr>
              <w:t>#336</w:t>
            </w:r>
          </w:p>
        </w:tc>
        <w:tc>
          <w:tcPr>
            <w:tcW w:type="dxa" w:w="2232"/>
            <w:vAlign w:val="center"/>
          </w:tcPr>
          <w:p>
            <w:pPr>
              <w:spacing w:after="0" w:before="0" w:line="197" w:lineRule="auto"/>
            </w:pPr>
            <w:r>
              <w:rPr>
                <w:sz w:val="11"/>
              </w:rPr>
              <w:t>Surrogacy Center of Philadelphia</w:t>
            </w:r>
          </w:p>
        </w:tc>
        <w:tc>
          <w:tcPr>
            <w:tcW w:type="dxa" w:w="648"/>
            <w:vAlign w:val="center"/>
          </w:tcPr>
          <w:p>
            <w:pPr>
              <w:spacing w:after="0" w:before="0" w:line="197" w:lineRule="auto"/>
              <w:jc w:val="center"/>
            </w:pPr>
            <w:r>
              <w:rPr>
                <w:sz w:val="11"/>
              </w:rPr>
              <w:t>PA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Est.No info · — · Cost: No info · Match: No info</w:t>
            </w:r>
          </w:p>
        </w:tc>
      </w:tr>
      <w:tr>
        <w:tc>
          <w:tcPr>
            <w:tcW w:type="dxa" w:w="547"/>
            <w:vAlign w:val="center"/>
          </w:tcPr>
          <w:p>
            <w:pPr>
              <w:spacing w:after="0" w:before="0" w:line="197" w:lineRule="auto"/>
              <w:jc w:val="center"/>
            </w:pPr>
            <w:r>
              <w:rPr>
                <w:sz w:val="11"/>
              </w:rPr>
              <w:t>#337</w:t>
            </w:r>
          </w:p>
        </w:tc>
        <w:tc>
          <w:tcPr>
            <w:tcW w:type="dxa" w:w="2232"/>
            <w:vAlign w:val="center"/>
          </w:tcPr>
          <w:p>
            <w:pPr>
              <w:spacing w:after="0" w:before="0" w:line="197" w:lineRule="auto"/>
            </w:pPr>
            <w:r>
              <w:rPr>
                <w:sz w:val="11"/>
              </w:rPr>
              <w:t>Surrogacy Hope LLC</w:t>
            </w:r>
          </w:p>
        </w:tc>
        <w:tc>
          <w:tcPr>
            <w:tcW w:type="dxa" w:w="648"/>
            <w:vAlign w:val="center"/>
          </w:tcPr>
          <w:p>
            <w:pPr>
              <w:spacing w:after="0" w:before="0" w:line="197" w:lineRule="auto"/>
              <w:jc w:val="center"/>
            </w:pPr>
            <w:r>
              <w:rPr>
                <w:sz w:val="11"/>
              </w:rPr>
              <w:t>VA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Virginia · Est.No info · — · Cost: No info · Match: No info</w:t>
            </w:r>
          </w:p>
        </w:tc>
      </w:tr>
      <w:tr>
        <w:tc>
          <w:tcPr>
            <w:tcW w:type="dxa" w:w="547"/>
            <w:vAlign w:val="center"/>
          </w:tcPr>
          <w:p>
            <w:pPr>
              <w:spacing w:after="0" w:before="0" w:line="197" w:lineRule="auto"/>
              <w:jc w:val="center"/>
            </w:pPr>
            <w:r>
              <w:rPr>
                <w:sz w:val="11"/>
              </w:rPr>
              <w:t>#338</w:t>
            </w:r>
          </w:p>
        </w:tc>
        <w:tc>
          <w:tcPr>
            <w:tcW w:type="dxa" w:w="2232"/>
            <w:vAlign w:val="center"/>
          </w:tcPr>
          <w:p>
            <w:pPr>
              <w:spacing w:after="0" w:before="0" w:line="197" w:lineRule="auto"/>
            </w:pPr>
            <w:r>
              <w:rPr>
                <w:sz w:val="11"/>
              </w:rPr>
              <w:t>Surrogacy International, Inc.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International · Est.No info · — · Cost: No info · Match: No info</w:t>
            </w:r>
          </w:p>
        </w:tc>
      </w:tr>
      <w:tr>
        <w:tc>
          <w:tcPr>
            <w:tcW w:type="dxa" w:w="547"/>
            <w:vAlign w:val="center"/>
          </w:tcPr>
          <w:p>
            <w:pPr>
              <w:spacing w:after="0" w:before="0" w:line="197" w:lineRule="auto"/>
              <w:jc w:val="center"/>
            </w:pPr>
            <w:r>
              <w:rPr>
                <w:sz w:val="11"/>
              </w:rPr>
              <w:t>#339</w:t>
            </w:r>
          </w:p>
        </w:tc>
        <w:tc>
          <w:tcPr>
            <w:tcW w:type="dxa" w:w="2232"/>
            <w:vAlign w:val="center"/>
          </w:tcPr>
          <w:p>
            <w:pPr>
              <w:spacing w:after="0" w:before="0" w:line="197" w:lineRule="auto"/>
            </w:pPr>
            <w:r>
              <w:rPr>
                <w:sz w:val="11"/>
              </w:rPr>
              <w:t>Surrogacy Miracles &amp; Consulting LLC</w:t>
            </w:r>
          </w:p>
        </w:tc>
        <w:tc>
          <w:tcPr>
            <w:tcW w:type="dxa" w:w="648"/>
            <w:vAlign w:val="center"/>
          </w:tcPr>
          <w:p>
            <w:pPr>
              <w:spacing w:after="0" w:before="0" w:line="197" w:lineRule="auto"/>
              <w:jc w:val="center"/>
            </w:pPr>
            <w:r>
              <w:rPr>
                <w:sz w:val="11"/>
              </w:rPr>
              <w:t>GA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Georgia · 5.0★ 1 review SurrogacyNetwork · Est.No info · 5.0★ · Cost: No info · Match: No info</w:t>
            </w:r>
          </w:p>
        </w:tc>
      </w:tr>
      <w:tr>
        <w:tc>
          <w:tcPr>
            <w:tcW w:type="dxa" w:w="547"/>
            <w:vAlign w:val="center"/>
          </w:tcPr>
          <w:p>
            <w:pPr>
              <w:spacing w:after="0" w:before="0" w:line="197" w:lineRule="auto"/>
              <w:jc w:val="center"/>
            </w:pPr>
            <w:r>
              <w:rPr>
                <w:sz w:val="11"/>
              </w:rPr>
              <w:t>#340</w:t>
            </w:r>
          </w:p>
        </w:tc>
        <w:tc>
          <w:tcPr>
            <w:tcW w:type="dxa" w:w="2232"/>
            <w:vAlign w:val="center"/>
          </w:tcPr>
          <w:p>
            <w:pPr>
              <w:spacing w:after="0" w:before="0" w:line="197" w:lineRule="auto"/>
            </w:pPr>
            <w:r>
              <w:rPr>
                <w:sz w:val="11"/>
              </w:rPr>
              <w:t>Surrogacy Options of America, LLC</w:t>
            </w:r>
          </w:p>
        </w:tc>
        <w:tc>
          <w:tcPr>
            <w:tcW w:type="dxa" w:w="648"/>
            <w:vAlign w:val="center"/>
          </w:tcPr>
          <w:p>
            <w:pPr>
              <w:spacing w:after="0" w:before="0" w:line="197" w:lineRule="auto"/>
              <w:jc w:val="center"/>
            </w:pPr>
            <w:r>
              <w:rPr>
                <w:sz w:val="11"/>
              </w:rPr>
              <w:t>NV</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36</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2</w:t>
            </w:r>
          </w:p>
        </w:tc>
        <w:tc>
          <w:tcPr>
            <w:tcW w:type="dxa" w:w="3384"/>
            <w:vAlign w:val="center"/>
          </w:tcPr>
          <w:p>
            <w:pPr>
              <w:spacing w:after="0" w:before="0" w:line="197" w:lineRule="auto"/>
            </w:pPr>
            <w:r>
              <w:rPr>
                <w:sz w:val="10"/>
              </w:rPr>
              <w:t>Nevada · 2.0★ 1 review SurrogacyNetwork · Est.No info · 2.0★ · Cost: No info · Match: No info</w:t>
            </w:r>
          </w:p>
        </w:tc>
      </w:tr>
      <w:tr>
        <w:tc>
          <w:tcPr>
            <w:tcW w:type="dxa" w:w="547"/>
            <w:vAlign w:val="center"/>
          </w:tcPr>
          <w:p>
            <w:pPr>
              <w:spacing w:after="0" w:before="0" w:line="197" w:lineRule="auto"/>
              <w:jc w:val="center"/>
            </w:pPr>
            <w:r>
              <w:rPr>
                <w:sz w:val="11"/>
              </w:rPr>
              <w:t>#341</w:t>
            </w:r>
          </w:p>
        </w:tc>
        <w:tc>
          <w:tcPr>
            <w:tcW w:type="dxa" w:w="2232"/>
            <w:vAlign w:val="center"/>
          </w:tcPr>
          <w:p>
            <w:pPr>
              <w:spacing w:after="0" w:before="0" w:line="197" w:lineRule="auto"/>
            </w:pPr>
            <w:r>
              <w:rPr>
                <w:sz w:val="11"/>
              </w:rPr>
              <w:t>Surrogacy Partnership, LLC</w:t>
            </w:r>
          </w:p>
        </w:tc>
        <w:tc>
          <w:tcPr>
            <w:tcW w:type="dxa" w:w="648"/>
            <w:vAlign w:val="center"/>
          </w:tcPr>
          <w:p>
            <w:pPr>
              <w:spacing w:after="0" w:before="0" w:line="197" w:lineRule="auto"/>
              <w:jc w:val="center"/>
            </w:pPr>
            <w:r>
              <w:rPr>
                <w:sz w:val="11"/>
              </w:rPr>
              <w:t>CA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California · Est.No info · — · Cost: No info · Match: No info</w:t>
            </w:r>
          </w:p>
        </w:tc>
      </w:tr>
      <w:tr>
        <w:tc>
          <w:tcPr>
            <w:tcW w:type="dxa" w:w="547"/>
            <w:vAlign w:val="center"/>
          </w:tcPr>
          <w:p>
            <w:pPr>
              <w:spacing w:after="0" w:before="0" w:line="197" w:lineRule="auto"/>
              <w:jc w:val="center"/>
            </w:pPr>
            <w:r>
              <w:rPr>
                <w:sz w:val="11"/>
              </w:rPr>
              <w:t>#342</w:t>
            </w:r>
          </w:p>
        </w:tc>
        <w:tc>
          <w:tcPr>
            <w:tcW w:type="dxa" w:w="2232"/>
            <w:vAlign w:val="center"/>
          </w:tcPr>
          <w:p>
            <w:pPr>
              <w:spacing w:after="0" w:before="0" w:line="197" w:lineRule="auto"/>
            </w:pPr>
            <w:r>
              <w:rPr>
                <w:sz w:val="11"/>
              </w:rPr>
              <w:t>Surrogacy Specialists of America</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#343</w:t>
            </w:r>
          </w:p>
        </w:tc>
        <w:tc>
          <w:tcPr>
            <w:tcW w:type="dxa" w:w="2232"/>
            <w:vAlign w:val="center"/>
          </w:tcPr>
          <w:p>
            <w:pPr>
              <w:spacing w:after="0" w:before="0" w:line="197" w:lineRule="auto"/>
            </w:pPr>
            <w:r>
              <w:rPr>
                <w:sz w:val="11"/>
              </w:rPr>
              <w:t>Surrogate Angels of San Antonio</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#344</w:t>
            </w:r>
          </w:p>
        </w:tc>
        <w:tc>
          <w:tcPr>
            <w:tcW w:type="dxa" w:w="2232"/>
            <w:vAlign w:val="center"/>
          </w:tcPr>
          <w:p>
            <w:pPr>
              <w:spacing w:after="0" w:before="0" w:line="197" w:lineRule="auto"/>
            </w:pPr>
            <w:r>
              <w:rPr>
                <w:sz w:val="11"/>
              </w:rPr>
              <w:t>Surrogate Prime</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Irvine CA · BBB-accredited Nov 2019 · Est.2019 · 4.7★ · Cost: No info · Match: No info</w:t>
            </w:r>
          </w:p>
        </w:tc>
      </w:tr>
      <w:tr>
        <w:tc>
          <w:tcPr>
            <w:tcW w:type="dxa" w:w="547"/>
            <w:vAlign w:val="center"/>
          </w:tcPr>
          <w:p>
            <w:pPr>
              <w:spacing w:after="0" w:before="0" w:line="197" w:lineRule="auto"/>
              <w:jc w:val="center"/>
            </w:pPr>
            <w:r>
              <w:rPr>
                <w:sz w:val="11"/>
              </w:rPr>
              <w:t>#345</w:t>
            </w:r>
          </w:p>
        </w:tc>
        <w:tc>
          <w:tcPr>
            <w:tcW w:type="dxa" w:w="2232"/>
            <w:vAlign w:val="center"/>
          </w:tcPr>
          <w:p>
            <w:pPr>
              <w:spacing w:after="0" w:before="0" w:line="197" w:lineRule="auto"/>
            </w:pPr>
            <w:r>
              <w:rPr>
                <w:sz w:val="11"/>
              </w:rPr>
              <w:t>Surrogate Services International</w:t>
            </w:r>
          </w:p>
        </w:tc>
        <w:tc>
          <w:tcPr>
            <w:tcW w:type="dxa" w:w="648"/>
            <w:vAlign w:val="center"/>
          </w:tcPr>
          <w:p>
            <w:pPr>
              <w:spacing w:after="0" w:before="0" w:line="197" w:lineRule="auto"/>
              <w:jc w:val="center"/>
            </w:pPr>
            <w:r>
              <w:rPr>
                <w:sz w:val="11"/>
              </w:rPr>
              <w:t>PA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38</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Pennsylvania · International specialty · Est.No info · — · Cost: No info · Match: No info</w:t>
            </w:r>
          </w:p>
        </w:tc>
      </w:tr>
      <w:tr>
        <w:tc>
          <w:tcPr>
            <w:tcW w:type="dxa" w:w="547"/>
            <w:vAlign w:val="center"/>
          </w:tcPr>
          <w:p>
            <w:pPr>
              <w:spacing w:after="0" w:before="0" w:line="197" w:lineRule="auto"/>
              <w:jc w:val="center"/>
            </w:pPr>
            <w:r>
              <w:rPr>
                <w:sz w:val="11"/>
              </w:rPr>
              <w:t>#346</w:t>
            </w:r>
          </w:p>
        </w:tc>
        <w:tc>
          <w:tcPr>
            <w:tcW w:type="dxa" w:w="2232"/>
            <w:vAlign w:val="center"/>
          </w:tcPr>
          <w:p>
            <w:pPr>
              <w:spacing w:after="0" w:before="0" w:line="197" w:lineRule="auto"/>
            </w:pPr>
            <w:r>
              <w:rPr>
                <w:sz w:val="11"/>
              </w:rPr>
              <w:t>Surrogate Today</w:t>
            </w:r>
          </w:p>
        </w:tc>
        <w:tc>
          <w:tcPr>
            <w:tcW w:type="dxa" w:w="648"/>
            <w:vAlign w:val="center"/>
          </w:tcPr>
          <w:p>
            <w:pPr>
              <w:spacing w:after="0" w:before="0" w:line="197" w:lineRule="auto"/>
              <w:jc w:val="center"/>
            </w:pPr>
            <w:r>
              <w:rPr>
                <w:sz w:val="11"/>
              </w:rPr>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USA · Est.No info · — · Cost: No info · Match: No info</w:t>
            </w:r>
          </w:p>
        </w:tc>
      </w:tr>
      <w:tr>
        <w:tc>
          <w:tcPr>
            <w:tcW w:type="dxa" w:w="547"/>
            <w:vAlign w:val="center"/>
          </w:tcPr>
          <w:p>
            <w:pPr>
              <w:spacing w:after="0" w:before="0" w:line="197" w:lineRule="auto"/>
              <w:jc w:val="center"/>
            </w:pPr>
            <w:r>
              <w:rPr>
                <w:sz w:val="11"/>
              </w:rPr>
              <w:t>#347</w:t>
            </w:r>
          </w:p>
        </w:tc>
        <w:tc>
          <w:tcPr>
            <w:tcW w:type="dxa" w:w="2232"/>
            <w:vAlign w:val="center"/>
          </w:tcPr>
          <w:p>
            <w:pPr>
              <w:spacing w:after="0" w:before="0" w:line="197" w:lineRule="auto"/>
            </w:pPr>
            <w:r>
              <w:rPr>
                <w:sz w:val="11"/>
              </w:rPr>
              <w:t>Texas Surrogacy Center</w:t>
            </w:r>
          </w:p>
        </w:tc>
        <w:tc>
          <w:tcPr>
            <w:tcW w:type="dxa" w:w="648"/>
            <w:vAlign w:val="center"/>
          </w:tcPr>
          <w:p>
            <w:pPr>
              <w:spacing w:after="0" w:before="0" w:line="197" w:lineRule="auto"/>
              <w:jc w:val="center"/>
            </w:pPr>
            <w:r>
              <w:rPr>
                <w:sz w:val="11"/>
              </w:rPr>
              <w:t>TX</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Texas · Est.No info · — · Cost: No info · Match: No info</w:t>
            </w:r>
          </w:p>
        </w:tc>
      </w:tr>
      <w:tr>
        <w:tc>
          <w:tcPr>
            <w:tcW w:type="dxa" w:w="547"/>
            <w:vAlign w:val="center"/>
          </w:tcPr>
          <w:p>
            <w:pPr>
              <w:spacing w:after="0" w:before="0" w:line="197" w:lineRule="auto"/>
              <w:jc w:val="center"/>
            </w:pPr>
            <w:r>
              <w:rPr>
                <w:sz w:val="11"/>
              </w:rPr>
              <w:t>#348</w:t>
            </w:r>
          </w:p>
        </w:tc>
        <w:tc>
          <w:tcPr>
            <w:tcW w:type="dxa" w:w="2232"/>
            <w:vAlign w:val="center"/>
          </w:tcPr>
          <w:p>
            <w:pPr>
              <w:spacing w:after="0" w:before="0" w:line="197" w:lineRule="auto"/>
            </w:pPr>
            <w:r>
              <w:rPr>
                <w:sz w:val="11"/>
              </w:rPr>
              <w:t>The Center for Surrogacy &amp; Egg Donation</w:t>
            </w:r>
          </w:p>
        </w:tc>
        <w:tc>
          <w:tcPr>
            <w:tcW w:type="dxa" w:w="648"/>
            <w:vAlign w:val="center"/>
          </w:tcPr>
          <w:p>
            <w:pPr>
              <w:spacing w:after="0" w:before="0" w:line="197" w:lineRule="auto"/>
              <w:jc w:val="center"/>
            </w:pPr>
            <w:r>
              <w:rPr>
                <w:sz w:val="11"/>
              </w:rPr>
              <w:t>MA</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40</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Massachusetts · Est.No info · — · Cost: No info · Match: No info</w:t>
            </w:r>
          </w:p>
        </w:tc>
      </w:tr>
      <w:tr>
        <w:tc>
          <w:tcPr>
            <w:tcW w:type="dxa" w:w="547"/>
            <w:vAlign w:val="center"/>
          </w:tcPr>
          <w:p>
            <w:pPr>
              <w:spacing w:after="0" w:before="0" w:line="197" w:lineRule="auto"/>
              <w:jc w:val="center"/>
            </w:pPr>
            <w:r>
              <w:rPr>
                <w:sz w:val="11"/>
              </w:rPr>
              <w:t>#349</w:t>
            </w:r>
          </w:p>
        </w:tc>
        <w:tc>
          <w:tcPr>
            <w:tcW w:type="dxa" w:w="2232"/>
            <w:vAlign w:val="center"/>
          </w:tcPr>
          <w:p>
            <w:pPr>
              <w:spacing w:after="0" w:before="0" w:line="197" w:lineRule="auto"/>
            </w:pPr>
            <w:r>
              <w:rPr>
                <w:sz w:val="11"/>
              </w:rPr>
              <w:t>The Denver Dads, Inc.</w:t>
            </w:r>
          </w:p>
        </w:tc>
        <w:tc>
          <w:tcPr>
            <w:tcW w:type="dxa" w:w="648"/>
            <w:vAlign w:val="center"/>
          </w:tcPr>
          <w:p>
            <w:pPr>
              <w:spacing w:after="0" w:before="0" w:line="197" w:lineRule="auto"/>
              <w:jc w:val="center"/>
            </w:pPr>
            <w:r>
              <w:rPr>
                <w:sz w:val="11"/>
              </w:rPr>
              <w:t>CO</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39</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5</w:t>
            </w:r>
          </w:p>
        </w:tc>
        <w:tc>
          <w:tcPr>
            <w:tcW w:type="dxa" w:w="461"/>
            <w:vAlign w:val="center"/>
          </w:tcPr>
          <w:p>
            <w:pPr>
              <w:spacing w:after="0" w:before="0" w:line="197" w:lineRule="auto"/>
              <w:jc w:val="center"/>
            </w:pPr>
            <w:r>
              <w:rPr>
                <w:sz w:val="11"/>
              </w:rPr>
              <w:t>4</w:t>
            </w:r>
          </w:p>
        </w:tc>
        <w:tc>
          <w:tcPr>
            <w:tcW w:type="dxa" w:w="3384"/>
            <w:vAlign w:val="center"/>
          </w:tcPr>
          <w:p>
            <w:pPr>
              <w:spacing w:after="0" w:before="0" w:line="197" w:lineRule="auto"/>
            </w:pPr>
            <w:r>
              <w:rPr>
                <w:sz w:val="10"/>
              </w:rPr>
              <w:t>Colorado · Gay dads founded · LGBTQ+ specialist · Est.No info · — · Cost: No info · Match: No info</w:t>
            </w:r>
          </w:p>
        </w:tc>
      </w:tr>
      <w:tr>
        <w:tc>
          <w:tcPr>
            <w:tcW w:type="dxa" w:w="547"/>
            <w:vAlign w:val="center"/>
          </w:tcPr>
          <w:p>
            <w:pPr>
              <w:spacing w:after="0" w:before="0" w:line="197" w:lineRule="auto"/>
              <w:jc w:val="center"/>
            </w:pPr>
            <w:r>
              <w:rPr>
                <w:sz w:val="11"/>
              </w:rPr>
              <w:t>#350</w:t>
            </w:r>
          </w:p>
        </w:tc>
        <w:tc>
          <w:tcPr>
            <w:tcW w:type="dxa" w:w="2232"/>
            <w:vAlign w:val="center"/>
          </w:tcPr>
          <w:p>
            <w:pPr>
              <w:spacing w:after="0" w:before="0" w:line="197" w:lineRule="auto"/>
            </w:pPr>
            <w:r>
              <w:rPr>
                <w:sz w:val="11"/>
              </w:rPr>
              <w:t>The Illinois Center for Surrogacy</w:t>
            </w:r>
          </w:p>
        </w:tc>
        <w:tc>
          <w:tcPr>
            <w:tcW w:type="dxa" w:w="648"/>
            <w:vAlign w:val="center"/>
          </w:tcPr>
          <w:p>
            <w:pPr>
              <w:spacing w:after="0" w:before="0" w:line="197" w:lineRule="auto"/>
              <w:jc w:val="center"/>
            </w:pPr>
            <w:r>
              <w:rPr>
                <w:sz w:val="11"/>
              </w:rPr>
              <w:t>IL</w:t>
            </w:r>
          </w:p>
        </w:tc>
        <w:tc>
          <w:tcPr>
            <w:tcW w:type="dxa" w:w="605"/>
            <w:vAlign w:val="center"/>
          </w:tcPr>
          <w:p>
            <w:pPr>
              <w:spacing w:after="0" w:before="0" w:line="197" w:lineRule="auto"/>
              <w:jc w:val="center"/>
            </w:pPr>
            <w:r>
              <w:rPr>
                <w:sz w:val="11"/>
              </w:rPr>
              <w:t>Tier 4</w:t>
            </w:r>
          </w:p>
        </w:tc>
        <w:tc>
          <w:tcPr>
            <w:tcW w:type="dxa" w:w="619"/>
            <w:vAlign w:val="center"/>
          </w:tcPr>
          <w:p>
            <w:pPr>
              <w:spacing w:after="0" w:before="0" w:line="197" w:lineRule="auto"/>
              <w:jc w:val="center"/>
            </w:pPr>
            <w:r>
              <w:rPr>
                <w:sz w:val="11"/>
              </w:rPr>
              <w:t>37</w:t>
            </w:r>
          </w:p>
        </w:tc>
        <w:tc>
          <w:tcPr>
            <w:tcW w:type="dxa" w:w="490"/>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2</w:t>
            </w:r>
          </w:p>
        </w:tc>
        <w:tc>
          <w:tcPr>
            <w:tcW w:type="dxa" w:w="547"/>
            <w:vAlign w:val="center"/>
          </w:tcPr>
          <w:p>
            <w:pPr>
              <w:spacing w:after="0" w:before="0" w:line="197" w:lineRule="auto"/>
              <w:jc w:val="center"/>
            </w:pPr>
            <w:r>
              <w:rPr>
                <w:sz w:val="11"/>
              </w:rPr>
              <w:t>2</w:t>
            </w:r>
          </w:p>
        </w:tc>
        <w:tc>
          <w:tcPr>
            <w:tcW w:type="dxa" w:w="461"/>
            <w:vAlign w:val="center"/>
          </w:tcPr>
          <w:p>
            <w:pPr>
              <w:spacing w:after="0" w:before="0" w:line="197" w:lineRule="auto"/>
              <w:jc w:val="center"/>
            </w:pPr>
            <w:r>
              <w:rPr>
                <w:sz w:val="11"/>
              </w:rPr>
              <w:t>1</w:t>
            </w:r>
          </w:p>
        </w:tc>
        <w:tc>
          <w:tcPr>
            <w:tcW w:type="dxa" w:w="490"/>
            <w:vAlign w:val="center"/>
          </w:tcPr>
          <w:p>
            <w:pPr>
              <w:spacing w:after="0" w:before="0" w:line="197" w:lineRule="auto"/>
              <w:jc w:val="center"/>
            </w:pPr>
            <w:r>
              <w:rPr>
                <w:sz w:val="11"/>
              </w:rPr>
              <w:t>3</w:t>
            </w:r>
          </w:p>
        </w:tc>
        <w:tc>
          <w:tcPr>
            <w:tcW w:type="dxa" w:w="461"/>
            <w:vAlign w:val="center"/>
          </w:tcPr>
          <w:p>
            <w:pPr>
              <w:spacing w:after="0" w:before="0" w:line="197" w:lineRule="auto"/>
              <w:jc w:val="center"/>
            </w:pPr>
            <w:r>
              <w:rPr>
                <w:sz w:val="11"/>
              </w:rPr>
              <w:t>2</w:t>
            </w:r>
          </w:p>
        </w:tc>
        <w:tc>
          <w:tcPr>
            <w:tcW w:type="dxa" w:w="490"/>
            <w:vAlign w:val="center"/>
          </w:tcPr>
          <w:p>
            <w:pPr>
              <w:spacing w:after="0" w:before="0" w:line="197" w:lineRule="auto"/>
              <w:jc w:val="center"/>
            </w:pPr>
            <w:r>
              <w:rPr>
                <w:sz w:val="11"/>
              </w:rPr>
              <w:t>4</w:t>
            </w:r>
          </w:p>
        </w:tc>
        <w:tc>
          <w:tcPr>
            <w:tcW w:type="dxa" w:w="461"/>
            <w:vAlign w:val="center"/>
          </w:tcPr>
          <w:p>
            <w:pPr>
              <w:spacing w:after="0" w:before="0" w:line="197" w:lineRule="auto"/>
              <w:jc w:val="center"/>
            </w:pPr>
            <w:r>
              <w:rPr>
                <w:sz w:val="11"/>
              </w:rPr>
              <w:t>3</w:t>
            </w:r>
          </w:p>
        </w:tc>
        <w:tc>
          <w:tcPr>
            <w:tcW w:type="dxa" w:w="3384"/>
            <w:vAlign w:val="center"/>
          </w:tcPr>
          <w:p>
            <w:pPr>
              <w:spacing w:after="0" w:before="0" w:line="197" w:lineRule="auto"/>
            </w:pPr>
            <w:r>
              <w:rPr>
                <w:sz w:val="10"/>
              </w:rPr>
              <w:t>Illinois · Est.No info · — · Cost: No info · Match: No info</w:t>
            </w:r>
          </w:p>
        </w:tc>
      </w:tr>
    </w:tbl>
    <w:p>
      <w:pPr>
        <w:sectPr>
          <w:pgSz w:w="15840" w:h="12240" w:orient="landscape"/>
          <w:pgMar w:top="648" w:right="504" w:bottom="648" w:left="504" w:header="720" w:footer="720" w:gutter="0"/>
          <w:cols w:space="720"/>
          <w:docGrid w:linePitch="360"/>
        </w:sectPr>
      </w:pPr>
    </w:p>
    <w:p>
      <w:pPr>
        <w:pStyle w:val="Heading1"/>
      </w:pPr>
      <w:r>
        <w:t>Appendix B. Reproducibility and Verification Fields</w:t>
      </w:r>
    </w:p>
    <w:p>
      <w:r>
        <w:t>For future updates and external validation, each organization record should retain: organization ID; legal and trade-name aliases; organization type; state/location; index date; regulatory-status evidence; pricing source and inclusions; match-time definition and source; physician-oversight category; service-coordination components; outcome-reporting evidence; inclusivity policy; consumer-protection evidence; source retrieval dates; reviewer scores; adjudicated score; and confidence/verification status.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